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jc w:val="center"/>
      </w:pPr>
      <w:r>
        <w:rPr>
          <w:b/>
          <w:i w:val="0"/>
          <w:sz w:val="28"/>
        </w:rPr>
        <w:t>İŞ KAZASI TUTANAĞI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09"/>
        <w:gridCol w:w="2409"/>
        <w:gridCol w:w="2409"/>
        <w:gridCol w:w="2409"/>
      </w:tblGrid>
      <w:tr>
        <w:tc>
          <w:tcPr>
            <w:tcW w:type="dxa" w:w="2409"/>
          </w:tcPr>
          <w:p>
            <w:pPr>
              <w:spacing w:after="0"/>
              <w:jc w:val="left"/>
            </w:pPr>
            <w:r/>
            <w:r>
              <w:rPr>
                <w:b w:val="0"/>
                <w:i w:val="0"/>
                <w:sz w:val="19"/>
              </w:rPr>
              <w:t>Düzenlenme tarihi: ..../..../........</w:t>
            </w:r>
          </w:p>
        </w:tc>
        <w:tc>
          <w:tcPr>
            <w:tcW w:type="dxa" w:w="2409"/>
          </w:tcPr>
          <w:p>
            <w:pPr>
              <w:spacing w:after="0"/>
              <w:jc w:val="left"/>
            </w:pPr>
            <w:r/>
            <w:r>
              <w:rPr>
                <w:b w:val="0"/>
                <w:i w:val="0"/>
                <w:sz w:val="19"/>
              </w:rPr>
              <w:t>Başlangıç saati: ....:....</w:t>
            </w:r>
          </w:p>
        </w:tc>
        <w:tc>
          <w:tcPr>
            <w:tcW w:type="dxa" w:w="2409"/>
          </w:tcPr>
          <w:p>
            <w:pPr>
              <w:spacing w:after="0"/>
              <w:jc w:val="left"/>
            </w:pPr>
            <w:r/>
            <w:r>
              <w:rPr>
                <w:b w:val="0"/>
                <w:i w:val="0"/>
                <w:sz w:val="19"/>
              </w:rPr>
              <w:t>Tamamlanma saati: ....:....</w:t>
            </w:r>
          </w:p>
        </w:tc>
        <w:tc>
          <w:tcPr>
            <w:tcW w:type="dxa" w:w="2409"/>
          </w:tcPr>
          <w:p>
            <w:pPr>
              <w:spacing w:after="0"/>
              <w:jc w:val="left"/>
            </w:pPr>
            <w:r/>
            <w:r>
              <w:rPr>
                <w:b w:val="0"/>
                <w:i w:val="0"/>
                <w:sz w:val="19"/>
              </w:rPr>
              <w:t>Düzenlendiği yer: ........................</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1. İŞYERİ VE SGK SİCİL BİLGİLERİ</w:t>
            </w:r>
          </w:p>
        </w:tc>
      </w:tr>
      <w:tr>
        <w:trPr>
          <w:trHeight w:val="454" w:hRule="atLeast"/>
        </w:trPr>
        <w:tc>
          <w:tcPr>
            <w:tcW w:type="dxa" w:w="3373"/>
          </w:tcPr>
          <w:p>
            <w:pPr>
              <w:spacing w:after="0"/>
              <w:jc w:val="left"/>
            </w:pPr>
            <w:r/>
            <w:r>
              <w:rPr>
                <w:b/>
                <w:i w:val="0"/>
                <w:sz w:val="20"/>
              </w:rPr>
              <w:t>İşyeri unvanı</w:t>
            </w:r>
          </w:p>
        </w:tc>
        <w:tc>
          <w:tcPr>
            <w:tcW w:type="dxa" w:w="6265"/>
          </w:tcPr>
          <w:p>
            <w:pPr>
              <w:spacing w:after="0"/>
              <w:jc w:val="left"/>
            </w:pPr>
            <w:r/>
          </w:p>
        </w:tc>
      </w:tr>
      <w:tr>
        <w:trPr>
          <w:trHeight w:val="454" w:hRule="atLeast"/>
        </w:trPr>
        <w:tc>
          <w:tcPr>
            <w:tcW w:type="dxa" w:w="3373"/>
          </w:tcPr>
          <w:p>
            <w:pPr>
              <w:spacing w:after="0"/>
              <w:jc w:val="left"/>
            </w:pPr>
            <w:r/>
            <w:r>
              <w:rPr>
                <w:b/>
                <w:i w:val="0"/>
                <w:sz w:val="20"/>
              </w:rPr>
              <w:t>İşyeri adresi</w:t>
            </w:r>
          </w:p>
        </w:tc>
        <w:tc>
          <w:tcPr>
            <w:tcW w:type="dxa" w:w="6265"/>
          </w:tcPr>
          <w:p>
            <w:pPr>
              <w:spacing w:after="0"/>
              <w:jc w:val="left"/>
            </w:pPr>
            <w:r/>
          </w:p>
        </w:tc>
      </w:tr>
      <w:tr>
        <w:trPr>
          <w:trHeight w:val="454" w:hRule="atLeast"/>
        </w:trPr>
        <w:tc>
          <w:tcPr>
            <w:tcW w:type="dxa" w:w="3373"/>
          </w:tcPr>
          <w:p>
            <w:pPr>
              <w:spacing w:after="0"/>
              <w:jc w:val="left"/>
            </w:pPr>
            <w:r/>
            <w:r>
              <w:rPr>
                <w:b/>
                <w:i w:val="0"/>
                <w:sz w:val="20"/>
              </w:rPr>
              <w:t>SGK işyeri sicil numarası</w:t>
            </w:r>
          </w:p>
        </w:tc>
        <w:tc>
          <w:tcPr>
            <w:tcW w:type="dxa" w:w="6265"/>
          </w:tcPr>
          <w:p>
            <w:pPr>
              <w:spacing w:after="0"/>
              <w:jc w:val="left"/>
            </w:pPr>
            <w:r/>
            <w:r>
              <w:rPr>
                <w:b w:val="0"/>
                <w:i w:val="0"/>
                <w:sz w:val="20"/>
              </w:rPr>
              <w:t>☐ ☐ ☐ ☐ ☐ ☐ ☐ ☐ ☐ ☐ ☐ ☐ ☐ ☐ ☐ ☐ ☐ ☐ ☐ ☐ ☐ ☐ ☐ ☐ ☐ ☐</w:t>
            </w:r>
          </w:p>
        </w:tc>
      </w:tr>
      <w:tr>
        <w:trPr>
          <w:trHeight w:val="454" w:hRule="atLeast"/>
        </w:trPr>
        <w:tc>
          <w:tcPr>
            <w:tcW w:type="dxa" w:w="3373"/>
          </w:tcPr>
          <w:p>
            <w:pPr>
              <w:spacing w:after="0"/>
              <w:jc w:val="left"/>
            </w:pPr>
            <w:r/>
            <w:r>
              <w:rPr>
                <w:b/>
                <w:i w:val="0"/>
                <w:sz w:val="20"/>
              </w:rPr>
              <w:t>NACE kodu ve faaliyet</w:t>
            </w:r>
          </w:p>
        </w:tc>
        <w:tc>
          <w:tcPr>
            <w:tcW w:type="dxa" w:w="6265"/>
          </w:tcPr>
          <w:p>
            <w:pPr>
              <w:spacing w:after="0"/>
              <w:jc w:val="left"/>
            </w:pPr>
            <w:r/>
          </w:p>
        </w:tc>
      </w:tr>
      <w:tr>
        <w:trPr>
          <w:trHeight w:val="454" w:hRule="atLeast"/>
        </w:trPr>
        <w:tc>
          <w:tcPr>
            <w:tcW w:type="dxa" w:w="3373"/>
          </w:tcPr>
          <w:p>
            <w:pPr>
              <w:spacing w:after="0"/>
              <w:jc w:val="left"/>
            </w:pPr>
            <w:r/>
            <w:r>
              <w:rPr>
                <w:b/>
                <w:i w:val="0"/>
                <w:sz w:val="20"/>
              </w:rPr>
              <w:t>Tehlike sınıfı</w:t>
            </w:r>
          </w:p>
        </w:tc>
        <w:tc>
          <w:tcPr>
            <w:tcW w:type="dxa" w:w="6265"/>
          </w:tcPr>
          <w:p>
            <w:pPr>
              <w:spacing w:after="0"/>
              <w:jc w:val="left"/>
            </w:pPr>
            <w:r/>
            <w:r>
              <w:rPr>
                <w:b w:val="0"/>
                <w:i w:val="0"/>
                <w:sz w:val="20"/>
              </w:rPr>
              <w:t>☐ Az tehlikeli   ☐ Tehlikeli   ☐ Çok tehlikeli</w:t>
            </w:r>
          </w:p>
        </w:tc>
      </w:tr>
      <w:tr>
        <w:trPr>
          <w:trHeight w:val="454" w:hRule="atLeast"/>
        </w:trPr>
        <w:tc>
          <w:tcPr>
            <w:tcW w:type="dxa" w:w="3373"/>
          </w:tcPr>
          <w:p>
            <w:pPr>
              <w:spacing w:after="0"/>
              <w:jc w:val="left"/>
            </w:pPr>
            <w:r/>
            <w:r>
              <w:rPr>
                <w:b/>
                <w:i w:val="0"/>
                <w:sz w:val="20"/>
              </w:rPr>
              <w:t>Çalışan sayısı</w:t>
            </w:r>
          </w:p>
        </w:tc>
        <w:tc>
          <w:tcPr>
            <w:tcW w:type="dxa" w:w="6265"/>
          </w:tcPr>
          <w:p>
            <w:pPr>
              <w:spacing w:after="0"/>
              <w:jc w:val="left"/>
            </w:pPr>
            <w:r/>
          </w:p>
        </w:tc>
      </w:tr>
      <w:tr>
        <w:trPr>
          <w:trHeight w:val="454" w:hRule="atLeast"/>
        </w:trPr>
        <w:tc>
          <w:tcPr>
            <w:tcW w:type="dxa" w:w="3373"/>
          </w:tcPr>
          <w:p>
            <w:pPr>
              <w:spacing w:after="0"/>
              <w:jc w:val="left"/>
            </w:pPr>
            <w:r/>
            <w:r>
              <w:rPr>
                <w:b/>
                <w:i w:val="0"/>
                <w:sz w:val="20"/>
              </w:rPr>
              <w:t>Çalışma saatleri / vardiya düzeni</w:t>
            </w:r>
          </w:p>
        </w:tc>
        <w:tc>
          <w:tcPr>
            <w:tcW w:type="dxa" w:w="6265"/>
          </w:tcPr>
          <w:p>
            <w:pPr>
              <w:spacing w:after="0"/>
              <w:jc w:val="left"/>
            </w:pPr>
            <w:r/>
          </w:p>
        </w:tc>
      </w:tr>
      <w:tr>
        <w:trPr>
          <w:trHeight w:val="454" w:hRule="atLeast"/>
        </w:trPr>
        <w:tc>
          <w:tcPr>
            <w:tcW w:type="dxa" w:w="3373"/>
          </w:tcPr>
          <w:p>
            <w:pPr>
              <w:spacing w:after="0"/>
              <w:jc w:val="left"/>
            </w:pPr>
            <w:r/>
            <w:r>
              <w:rPr>
                <w:b/>
                <w:i w:val="0"/>
                <w:sz w:val="20"/>
              </w:rPr>
              <w:t>İşveren veya işveren vekili (adı soyadı, görevi)</w:t>
            </w:r>
          </w:p>
        </w:tc>
        <w:tc>
          <w:tcPr>
            <w:tcW w:type="dxa" w:w="6265"/>
          </w:tcPr>
          <w:p>
            <w:pPr>
              <w:spacing w:after="0"/>
              <w:jc w:val="left"/>
            </w:pPr>
            <w:r/>
          </w:p>
        </w:tc>
      </w:tr>
      <w:tr>
        <w:trPr>
          <w:trHeight w:val="454" w:hRule="atLeast"/>
        </w:trPr>
        <w:tc>
          <w:tcPr>
            <w:tcW w:type="dxa" w:w="3373"/>
          </w:tcPr>
          <w:p>
            <w:pPr>
              <w:spacing w:after="0"/>
              <w:jc w:val="left"/>
            </w:pPr>
            <w:r/>
            <w:r>
              <w:rPr>
                <w:b/>
                <w:i w:val="0"/>
                <w:sz w:val="20"/>
              </w:rPr>
              <w:t>İş güvenliği uzmanı (adı soyadı, belge sınıfı)</w:t>
            </w:r>
          </w:p>
        </w:tc>
        <w:tc>
          <w:tcPr>
            <w:tcW w:type="dxa" w:w="6265"/>
          </w:tcPr>
          <w:p>
            <w:pPr>
              <w:spacing w:after="0"/>
              <w:jc w:val="left"/>
            </w:pPr>
            <w:r/>
          </w:p>
        </w:tc>
      </w:tr>
      <w:tr>
        <w:trPr>
          <w:trHeight w:val="454" w:hRule="atLeast"/>
        </w:trPr>
        <w:tc>
          <w:tcPr>
            <w:tcW w:type="dxa" w:w="3373"/>
          </w:tcPr>
          <w:p>
            <w:pPr>
              <w:spacing w:after="0"/>
              <w:jc w:val="left"/>
            </w:pPr>
            <w:r/>
            <w:r>
              <w:rPr>
                <w:b/>
                <w:i w:val="0"/>
                <w:sz w:val="20"/>
              </w:rPr>
              <w:t>İşyeri hekimi (adı soyadı)</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Kazanın olduğu bölüm / birim</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Kazalının işvereni</w:t>
            </w:r>
          </w:p>
        </w:tc>
        <w:tc>
          <w:tcPr>
            <w:tcW w:type="dxa" w:w="6265"/>
          </w:tcPr>
          <w:p>
            <w:pPr>
              <w:spacing w:after="0"/>
              <w:jc w:val="left"/>
            </w:pPr>
            <w:r/>
            <w:r>
              <w:rPr>
                <w:b w:val="0"/>
                <w:i w:val="0"/>
                <w:sz w:val="20"/>
              </w:rPr>
              <w:t>☐ Asıl işveren   ☐ Alt işveren (unvanı: ..................)</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2. KAZALININ BİLGİLERİ</w:t>
            </w:r>
          </w:p>
        </w:tc>
      </w:tr>
      <w:tr>
        <w:trPr>
          <w:trHeight w:val="454" w:hRule="atLeast"/>
        </w:trPr>
        <w:tc>
          <w:tcPr>
            <w:tcW w:type="dxa" w:w="3373"/>
          </w:tcPr>
          <w:p>
            <w:pPr>
              <w:spacing w:after="0"/>
              <w:jc w:val="left"/>
            </w:pPr>
            <w:r/>
            <w:r>
              <w:rPr>
                <w:b/>
                <w:i w:val="0"/>
                <w:sz w:val="20"/>
              </w:rPr>
              <w:t>Adı soyadı</w:t>
            </w:r>
          </w:p>
        </w:tc>
        <w:tc>
          <w:tcPr>
            <w:tcW w:type="dxa" w:w="6265"/>
          </w:tcPr>
          <w:p>
            <w:pPr>
              <w:spacing w:after="0"/>
              <w:jc w:val="left"/>
            </w:pPr>
            <w:r/>
          </w:p>
        </w:tc>
      </w:tr>
      <w:tr>
        <w:trPr>
          <w:trHeight w:val="454" w:hRule="atLeast"/>
        </w:trPr>
        <w:tc>
          <w:tcPr>
            <w:tcW w:type="dxa" w:w="3373"/>
          </w:tcPr>
          <w:p>
            <w:pPr>
              <w:spacing w:after="0"/>
              <w:jc w:val="left"/>
            </w:pPr>
            <w:r/>
            <w:r>
              <w:rPr>
                <w:b/>
                <w:i w:val="0"/>
                <w:sz w:val="20"/>
              </w:rPr>
              <w:t>T.C. kimlik numarası</w:t>
            </w:r>
          </w:p>
        </w:tc>
        <w:tc>
          <w:tcPr>
            <w:tcW w:type="dxa" w:w="6265"/>
          </w:tcPr>
          <w:p>
            <w:pPr>
              <w:spacing w:after="0"/>
              <w:jc w:val="left"/>
            </w:pPr>
            <w:r/>
          </w:p>
        </w:tc>
      </w:tr>
      <w:tr>
        <w:trPr>
          <w:trHeight w:val="454" w:hRule="atLeast"/>
        </w:trPr>
        <w:tc>
          <w:tcPr>
            <w:tcW w:type="dxa" w:w="3373"/>
          </w:tcPr>
          <w:p>
            <w:pPr>
              <w:spacing w:after="0"/>
              <w:jc w:val="left"/>
            </w:pPr>
            <w:r/>
            <w:r>
              <w:rPr>
                <w:b/>
                <w:i w:val="0"/>
                <w:sz w:val="20"/>
              </w:rPr>
              <w:t>Doğum tarihi</w:t>
            </w:r>
          </w:p>
        </w:tc>
        <w:tc>
          <w:tcPr>
            <w:tcW w:type="dxa" w:w="6265"/>
          </w:tcPr>
          <w:p>
            <w:pPr>
              <w:spacing w:after="0"/>
              <w:jc w:val="left"/>
            </w:pPr>
            <w:r/>
          </w:p>
        </w:tc>
      </w:tr>
      <w:tr>
        <w:trPr>
          <w:trHeight w:val="454" w:hRule="atLeast"/>
        </w:trPr>
        <w:tc>
          <w:tcPr>
            <w:tcW w:type="dxa" w:w="3373"/>
          </w:tcPr>
          <w:p>
            <w:pPr>
              <w:spacing w:after="0"/>
              <w:jc w:val="left"/>
            </w:pPr>
            <w:r/>
            <w:r>
              <w:rPr>
                <w:b/>
                <w:i w:val="0"/>
                <w:sz w:val="20"/>
              </w:rPr>
              <w:t>Telefon</w:t>
            </w:r>
          </w:p>
        </w:tc>
        <w:tc>
          <w:tcPr>
            <w:tcW w:type="dxa" w:w="6265"/>
          </w:tcPr>
          <w:p>
            <w:pPr>
              <w:spacing w:after="0"/>
              <w:jc w:val="left"/>
            </w:pPr>
            <w:r/>
          </w:p>
        </w:tc>
      </w:tr>
      <w:tr>
        <w:trPr>
          <w:trHeight w:val="454" w:hRule="atLeast"/>
        </w:trPr>
        <w:tc>
          <w:tcPr>
            <w:tcW w:type="dxa" w:w="3373"/>
          </w:tcPr>
          <w:p>
            <w:pPr>
              <w:spacing w:after="0"/>
              <w:jc w:val="left"/>
            </w:pPr>
            <w:r/>
            <w:r>
              <w:rPr>
                <w:b/>
                <w:i w:val="0"/>
                <w:sz w:val="20"/>
              </w:rPr>
              <w:t>Esas işi / mesleği</w:t>
            </w:r>
          </w:p>
        </w:tc>
        <w:tc>
          <w:tcPr>
            <w:tcW w:type="dxa" w:w="6265"/>
          </w:tcPr>
          <w:p>
            <w:pPr>
              <w:spacing w:after="0"/>
              <w:jc w:val="left"/>
            </w:pPr>
            <w:r/>
          </w:p>
        </w:tc>
      </w:tr>
      <w:tr>
        <w:trPr>
          <w:trHeight w:val="454" w:hRule="atLeast"/>
        </w:trPr>
        <w:tc>
          <w:tcPr>
            <w:tcW w:type="dxa" w:w="3373"/>
          </w:tcPr>
          <w:p>
            <w:pPr>
              <w:spacing w:after="0"/>
              <w:jc w:val="left"/>
            </w:pPr>
            <w:r/>
            <w:r>
              <w:rPr>
                <w:b/>
                <w:i w:val="0"/>
                <w:sz w:val="20"/>
              </w:rPr>
              <w:t>İşyerindeki görevi</w:t>
            </w:r>
          </w:p>
        </w:tc>
        <w:tc>
          <w:tcPr>
            <w:tcW w:type="dxa" w:w="6265"/>
          </w:tcPr>
          <w:p>
            <w:pPr>
              <w:spacing w:after="0"/>
              <w:jc w:val="left"/>
            </w:pPr>
            <w:r/>
          </w:p>
        </w:tc>
      </w:tr>
      <w:tr>
        <w:trPr>
          <w:trHeight w:val="454" w:hRule="atLeast"/>
        </w:trPr>
        <w:tc>
          <w:tcPr>
            <w:tcW w:type="dxa" w:w="3373"/>
          </w:tcPr>
          <w:p>
            <w:pPr>
              <w:spacing w:after="0"/>
              <w:jc w:val="left"/>
            </w:pPr>
            <w:r/>
            <w:r>
              <w:rPr>
                <w:b/>
                <w:i w:val="0"/>
                <w:sz w:val="20"/>
              </w:rPr>
              <w:t>Çalışma statüsü</w:t>
            </w:r>
          </w:p>
        </w:tc>
        <w:tc>
          <w:tcPr>
            <w:tcW w:type="dxa" w:w="6265"/>
          </w:tcPr>
          <w:p>
            <w:pPr>
              <w:spacing w:after="0"/>
              <w:jc w:val="left"/>
            </w:pPr>
            <w:r/>
            <w:r>
              <w:rPr>
                <w:b w:val="0"/>
                <w:i w:val="0"/>
                <w:sz w:val="20"/>
              </w:rPr>
              <w:t>☐ İşçi   ☐ Stajyer   ☐ Çırak   ☐ İŞKUR kursiyeri   ☐ Diğer</w:t>
            </w:r>
          </w:p>
        </w:tc>
      </w:tr>
      <w:tr>
        <w:trPr>
          <w:trHeight w:val="454" w:hRule="atLeast"/>
        </w:trPr>
        <w:tc>
          <w:tcPr>
            <w:tcW w:type="dxa" w:w="3373"/>
          </w:tcPr>
          <w:p>
            <w:pPr>
              <w:spacing w:after="0"/>
              <w:jc w:val="left"/>
            </w:pPr>
            <w:r/>
            <w:r>
              <w:rPr>
                <w:b/>
                <w:i w:val="0"/>
                <w:sz w:val="20"/>
              </w:rPr>
              <w:t>İşe giriş tarihi</w:t>
            </w:r>
          </w:p>
        </w:tc>
        <w:tc>
          <w:tcPr>
            <w:tcW w:type="dxa" w:w="6265"/>
          </w:tcPr>
          <w:p>
            <w:pPr>
              <w:spacing w:after="0"/>
              <w:jc w:val="left"/>
            </w:pPr>
            <w:r/>
          </w:p>
        </w:tc>
      </w:tr>
      <w:tr>
        <w:trPr>
          <w:trHeight w:val="454" w:hRule="atLeast"/>
        </w:trPr>
        <w:tc>
          <w:tcPr>
            <w:tcW w:type="dxa" w:w="3373"/>
          </w:tcPr>
          <w:p>
            <w:pPr>
              <w:spacing w:after="0"/>
              <w:jc w:val="left"/>
            </w:pPr>
            <w:r/>
            <w:r>
              <w:rPr>
                <w:b/>
                <w:i w:val="0"/>
                <w:sz w:val="20"/>
              </w:rPr>
              <w:t>Bu işteki deneyimi (yıl)</w:t>
            </w:r>
          </w:p>
        </w:tc>
        <w:tc>
          <w:tcPr>
            <w:tcW w:type="dxa" w:w="6265"/>
          </w:tcPr>
          <w:p>
            <w:pPr>
              <w:spacing w:after="0"/>
              <w:jc w:val="left"/>
            </w:pPr>
            <w:r/>
          </w:p>
        </w:tc>
      </w:tr>
      <w:tr>
        <w:trPr>
          <w:trHeight w:val="454" w:hRule="atLeast"/>
        </w:trPr>
        <w:tc>
          <w:tcPr>
            <w:tcW w:type="dxa" w:w="3373"/>
          </w:tcPr>
          <w:p>
            <w:pPr>
              <w:spacing w:after="0"/>
              <w:jc w:val="left"/>
            </w:pPr>
            <w:r/>
            <w:r>
              <w:rPr>
                <w:b/>
                <w:i w:val="0"/>
                <w:sz w:val="20"/>
              </w:rPr>
              <w:t>Aldığı İSG eğitimi ve tarihi</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 anında kullandığı KKD</w:t>
            </w:r>
          </w:p>
        </w:tc>
        <w:tc>
          <w:tcPr>
            <w:tcW w:type="dxa" w:w="626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3. KAZANIN ZAMANI VE YERİ</w:t>
            </w:r>
          </w:p>
        </w:tc>
      </w:tr>
      <w:tr>
        <w:trPr>
          <w:trHeight w:val="454" w:hRule="atLeast"/>
        </w:trPr>
        <w:tc>
          <w:tcPr>
            <w:tcW w:type="dxa" w:w="3373"/>
          </w:tcPr>
          <w:p>
            <w:pPr>
              <w:spacing w:after="0"/>
              <w:jc w:val="left"/>
            </w:pPr>
            <w:r/>
            <w:r>
              <w:rPr>
                <w:b/>
                <w:i w:val="0"/>
                <w:sz w:val="20"/>
              </w:rPr>
              <w:t>Kaza tarihi</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 saati</w:t>
            </w:r>
          </w:p>
        </w:tc>
        <w:tc>
          <w:tcPr>
            <w:tcW w:type="dxa" w:w="6265"/>
          </w:tcPr>
          <w:p>
            <w:pPr>
              <w:spacing w:after="0"/>
              <w:jc w:val="left"/>
            </w:pPr>
            <w:r/>
          </w:p>
        </w:tc>
      </w:tr>
      <w:tr>
        <w:trPr>
          <w:trHeight w:val="454" w:hRule="atLeast"/>
        </w:trPr>
        <w:tc>
          <w:tcPr>
            <w:tcW w:type="dxa" w:w="3373"/>
          </w:tcPr>
          <w:p>
            <w:pPr>
              <w:spacing w:after="0"/>
              <w:jc w:val="left"/>
            </w:pPr>
            <w:r/>
            <w:r>
              <w:rPr>
                <w:b/>
                <w:i w:val="0"/>
                <w:sz w:val="20"/>
              </w:rPr>
              <w:t>Saatin kaynağı</w:t>
            </w:r>
          </w:p>
        </w:tc>
        <w:tc>
          <w:tcPr>
            <w:tcW w:type="dxa" w:w="6265"/>
          </w:tcPr>
          <w:p>
            <w:pPr>
              <w:spacing w:after="0"/>
              <w:jc w:val="left"/>
            </w:pPr>
            <w:r/>
            <w:r>
              <w:rPr>
                <w:b w:val="0"/>
                <w:i w:val="0"/>
                <w:sz w:val="20"/>
              </w:rPr>
              <w:t>☐ Kamera kaydı   ☐ Tanık   ☐ Telefon kaydı   ☐ Tahmini</w:t>
            </w:r>
          </w:p>
        </w:tc>
      </w:tr>
      <w:tr>
        <w:trPr>
          <w:trHeight w:val="454" w:hRule="atLeast"/>
        </w:trPr>
        <w:tc>
          <w:tcPr>
            <w:tcW w:type="dxa" w:w="3373"/>
          </w:tcPr>
          <w:p>
            <w:pPr>
              <w:spacing w:after="0"/>
              <w:jc w:val="left"/>
            </w:pPr>
            <w:r/>
            <w:r>
              <w:rPr>
                <w:b/>
                <w:i w:val="0"/>
                <w:sz w:val="20"/>
              </w:rPr>
              <w:t>Kaza günü işbaşı saati</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Kazanın gerçekleştiği yer</w:t>
            </w:r>
          </w:p>
        </w:tc>
        <w:tc>
          <w:tcPr>
            <w:tcW w:type="dxa" w:w="6265"/>
          </w:tcPr>
          <w:p>
            <w:pPr>
              <w:spacing w:after="0"/>
              <w:jc w:val="left"/>
            </w:pPr>
            <w:r/>
            <w:r>
              <w:rPr>
                <w:b w:val="0"/>
                <w:i w:val="0"/>
                <w:sz w:val="20"/>
              </w:rPr>
              <w:t>☐ İşyeri içinde   ☐ İşyeri dışında</w:t>
            </w:r>
          </w:p>
        </w:tc>
      </w:tr>
      <w:tr>
        <w:trPr>
          <w:trHeight w:val="454" w:hRule="atLeast"/>
        </w:trPr>
        <w:tc>
          <w:tcPr>
            <w:tcW w:type="dxa" w:w="3373"/>
          </w:tcPr>
          <w:p>
            <w:pPr>
              <w:spacing w:after="0"/>
              <w:jc w:val="left"/>
            </w:pPr>
            <w:r/>
            <w:r>
              <w:rPr>
                <w:b/>
                <w:i w:val="0"/>
                <w:sz w:val="20"/>
              </w:rPr>
              <w:t>Bölüm ve ayrıntılı adres</w:t>
            </w:r>
          </w:p>
        </w:tc>
        <w:tc>
          <w:tcPr>
            <w:tcW w:type="dxa" w:w="6265"/>
          </w:tcPr>
          <w:p>
            <w:pPr>
              <w:spacing w:after="0"/>
              <w:jc w:val="left"/>
            </w:pPr>
            <w:r/>
          </w:p>
        </w:tc>
      </w:tr>
      <w:tr>
        <w:trPr>
          <w:trHeight w:val="454" w:hRule="atLeast"/>
        </w:trPr>
        <w:tc>
          <w:tcPr>
            <w:tcW w:type="dxa" w:w="3373"/>
          </w:tcPr>
          <w:p>
            <w:pPr>
              <w:spacing w:after="0"/>
              <w:jc w:val="left"/>
            </w:pPr>
            <w:r/>
            <w:r>
              <w:rPr>
                <w:b/>
                <w:i w:val="0"/>
                <w:sz w:val="20"/>
              </w:rPr>
              <w:t>Ortam koşulları (aydınlatma, zemin, hava)</w:t>
            </w:r>
          </w:p>
        </w:tc>
        <w:tc>
          <w:tcPr>
            <w:tcW w:type="dxa" w:w="626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4. KAZANIN OLUŞ ŞEKLİ</w:t>
            </w:r>
          </w:p>
        </w:tc>
      </w:tr>
      <w:tr>
        <w:trPr>
          <w:trHeight w:val="454" w:hRule="atLeast"/>
        </w:trPr>
        <w:tc>
          <w:tcPr>
            <w:tcW w:type="dxa" w:w="3373"/>
          </w:tcPr>
          <w:p>
            <w:pPr>
              <w:spacing w:after="0"/>
              <w:jc w:val="left"/>
            </w:pPr>
            <w:r/>
            <w:r>
              <w:rPr>
                <w:b/>
                <w:i w:val="0"/>
                <w:sz w:val="20"/>
              </w:rPr>
              <w:t>Kaza anında yürütülen genel faaliyet</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Kazadan hemen önceki özel faaliyet</w:t>
            </w:r>
          </w:p>
        </w:tc>
        <w:tc>
          <w:tcPr>
            <w:tcW w:type="dxa" w:w="6265"/>
          </w:tcPr>
          <w:p>
            <w:pPr>
              <w:spacing w:after="0"/>
              <w:jc w:val="left"/>
            </w:pPr>
            <w:r/>
          </w:p>
        </w:tc>
      </w:tr>
      <w:tr>
        <w:trPr>
          <w:trHeight w:val="454" w:hRule="atLeast"/>
        </w:trPr>
        <w:tc>
          <w:tcPr>
            <w:tcW w:type="dxa" w:w="3373"/>
          </w:tcPr>
          <w:p>
            <w:pPr>
              <w:spacing w:after="0"/>
              <w:jc w:val="left"/>
            </w:pPr>
            <w:r/>
            <w:r>
              <w:rPr>
                <w:b/>
                <w:i w:val="0"/>
                <w:sz w:val="20"/>
              </w:rPr>
              <w:t>Kullanılan araç, gereç veya ekipman</w:t>
            </w:r>
          </w:p>
        </w:tc>
        <w:tc>
          <w:tcPr>
            <w:tcW w:type="dxa" w:w="6265"/>
          </w:tcPr>
          <w:p>
            <w:pPr>
              <w:spacing w:after="0"/>
              <w:jc w:val="left"/>
            </w:pPr>
            <w:r/>
          </w:p>
        </w:tc>
      </w:tr>
      <w:tr>
        <w:trPr>
          <w:trHeight w:val="454" w:hRule="atLeast"/>
        </w:trPr>
        <w:tc>
          <w:tcPr>
            <w:tcW w:type="dxa" w:w="3373"/>
          </w:tcPr>
          <w:p>
            <w:pPr>
              <w:spacing w:after="0"/>
              <w:jc w:val="left"/>
            </w:pPr>
            <w:r/>
            <w:r>
              <w:rPr>
                <w:b/>
                <w:i w:val="0"/>
                <w:sz w:val="20"/>
              </w:rPr>
              <w:t>İşin normal akışını bozan olay (sapma)</w:t>
            </w:r>
          </w:p>
        </w:tc>
        <w:tc>
          <w:tcPr>
            <w:tcW w:type="dxa" w:w="6265"/>
          </w:tcPr>
          <w:p>
            <w:pPr>
              <w:spacing w:after="0"/>
              <w:jc w:val="left"/>
            </w:pPr>
            <w:r/>
          </w:p>
        </w:tc>
      </w:tr>
      <w:tr>
        <w:trPr>
          <w:trHeight w:val="454" w:hRule="atLeast"/>
        </w:trPr>
        <w:tc>
          <w:tcPr>
            <w:tcW w:type="dxa" w:w="3373"/>
          </w:tcPr>
          <w:p>
            <w:pPr>
              <w:spacing w:after="0"/>
              <w:jc w:val="left"/>
            </w:pPr>
            <w:r/>
            <w:r>
              <w:rPr>
                <w:b/>
                <w:i w:val="0"/>
                <w:sz w:val="20"/>
              </w:rPr>
              <w:t>Yaralanmanın nasıl olduğu (temas şekli)</w:t>
            </w:r>
          </w:p>
        </w:tc>
        <w:tc>
          <w:tcPr>
            <w:tcW w:type="dxa" w:w="6265"/>
          </w:tcPr>
          <w:p>
            <w:pPr>
              <w:spacing w:after="0"/>
              <w:jc w:val="left"/>
            </w:pPr>
            <w:r/>
          </w:p>
        </w:tc>
      </w:tr>
      <w:tr>
        <w:trPr>
          <w:trHeight w:val="454" w:hRule="atLeast"/>
        </w:trPr>
        <w:tc>
          <w:tcPr>
            <w:tcW w:type="dxa" w:w="3373"/>
          </w:tcPr>
          <w:p>
            <w:pPr>
              <w:spacing w:after="0"/>
              <w:jc w:val="left"/>
            </w:pPr>
            <w:r/>
            <w:r>
              <w:rPr>
                <w:b/>
                <w:i w:val="0"/>
                <w:sz w:val="20"/>
              </w:rPr>
              <w:t>Kazaya uğrayan kişi sayısı</w:t>
            </w:r>
          </w:p>
        </w:tc>
        <w:tc>
          <w:tcPr>
            <w:tcW w:type="dxa" w:w="626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Olayın kronolojik anlatımı</w:t>
            </w:r>
          </w:p>
        </w:tc>
      </w:tr>
      <w:tr>
        <w:trPr>
          <w:trHeight w:val="3118" w:hRule="atLeast"/>
        </w:trPr>
        <w:tc>
          <w:tcPr>
            <w:tcW w:type="dxa" w:w="9638"/>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5. YARALANMA VE İLK YARDIM</w:t>
            </w:r>
          </w:p>
        </w:tc>
      </w:tr>
      <w:tr>
        <w:trPr>
          <w:trHeight w:val="454" w:hRule="atLeast"/>
        </w:trPr>
        <w:tc>
          <w:tcPr>
            <w:tcW w:type="dxa" w:w="3373"/>
          </w:tcPr>
          <w:p>
            <w:pPr>
              <w:spacing w:after="0"/>
              <w:jc w:val="left"/>
            </w:pPr>
            <w:r/>
            <w:r>
              <w:rPr>
                <w:b/>
                <w:i w:val="0"/>
                <w:sz w:val="20"/>
              </w:rPr>
              <w:t>Yaralanmanın türü (gözlenen)</w:t>
            </w:r>
          </w:p>
        </w:tc>
        <w:tc>
          <w:tcPr>
            <w:tcW w:type="dxa" w:w="6265"/>
          </w:tcPr>
          <w:p>
            <w:pPr>
              <w:spacing w:after="0"/>
              <w:jc w:val="left"/>
            </w:pPr>
            <w:r/>
          </w:p>
        </w:tc>
      </w:tr>
      <w:tr>
        <w:trPr>
          <w:trHeight w:val="454" w:hRule="atLeast"/>
        </w:trPr>
        <w:tc>
          <w:tcPr>
            <w:tcW w:type="dxa" w:w="3373"/>
          </w:tcPr>
          <w:p>
            <w:pPr>
              <w:spacing w:after="0"/>
              <w:jc w:val="left"/>
            </w:pPr>
            <w:r/>
            <w:r>
              <w:rPr>
                <w:b/>
                <w:i w:val="0"/>
                <w:sz w:val="20"/>
              </w:rPr>
              <w:t>Yaralanmanın vücuttaki yeri</w:t>
            </w:r>
          </w:p>
        </w:tc>
        <w:tc>
          <w:tcPr>
            <w:tcW w:type="dxa" w:w="6265"/>
          </w:tcPr>
          <w:p>
            <w:pPr>
              <w:spacing w:after="0"/>
              <w:jc w:val="left"/>
            </w:pPr>
            <w:r/>
          </w:p>
        </w:tc>
      </w:tr>
      <w:tr>
        <w:trPr>
          <w:trHeight w:val="454" w:hRule="atLeast"/>
        </w:trPr>
        <w:tc>
          <w:tcPr>
            <w:tcW w:type="dxa" w:w="3373"/>
          </w:tcPr>
          <w:p>
            <w:pPr>
              <w:spacing w:after="0"/>
              <w:jc w:val="left"/>
            </w:pPr>
            <w:r/>
            <w:r>
              <w:rPr>
                <w:b/>
                <w:i w:val="0"/>
                <w:sz w:val="20"/>
              </w:rPr>
              <w:t>Bilinç durumu</w:t>
            </w:r>
          </w:p>
        </w:tc>
        <w:tc>
          <w:tcPr>
            <w:tcW w:type="dxa" w:w="6265"/>
          </w:tcPr>
          <w:p>
            <w:pPr>
              <w:spacing w:after="0"/>
              <w:jc w:val="left"/>
            </w:pPr>
            <w:r/>
            <w:r>
              <w:rPr>
                <w:b w:val="0"/>
                <w:i w:val="0"/>
                <w:sz w:val="20"/>
              </w:rPr>
              <w:t>☐ Açık   ☐ Bulanık   ☐ Kapalı</w:t>
            </w:r>
          </w:p>
        </w:tc>
      </w:tr>
      <w:tr>
        <w:trPr>
          <w:trHeight w:val="454" w:hRule="atLeast"/>
        </w:trPr>
        <w:tc>
          <w:tcPr>
            <w:tcW w:type="dxa" w:w="3373"/>
          </w:tcPr>
          <w:p>
            <w:pPr>
              <w:spacing w:after="0"/>
              <w:jc w:val="left"/>
            </w:pPr>
            <w:r/>
            <w:r>
              <w:rPr>
                <w:b/>
                <w:i w:val="0"/>
                <w:sz w:val="20"/>
              </w:rPr>
              <w:t>İlk yardımı yapan (adı soyadı)</w:t>
            </w:r>
          </w:p>
        </w:tc>
        <w:tc>
          <w:tcPr>
            <w:tcW w:type="dxa" w:w="6265"/>
          </w:tcPr>
          <w:p>
            <w:pPr>
              <w:spacing w:after="0"/>
              <w:jc w:val="left"/>
            </w:pPr>
            <w:r/>
            <w:r>
              <w:rPr>
                <w:b w:val="0"/>
                <w:i w:val="0"/>
                <w:sz w:val="20"/>
              </w:rPr>
              <w:t>..................   ☐ İlk yardımcı belgesi var   ☐ Yok</w:t>
            </w:r>
          </w:p>
        </w:tc>
      </w:tr>
      <w:tr>
        <w:trPr>
          <w:trHeight w:val="454" w:hRule="atLeast"/>
        </w:trPr>
        <w:tc>
          <w:tcPr>
            <w:tcW w:type="dxa" w:w="3373"/>
          </w:tcPr>
          <w:p>
            <w:pPr>
              <w:spacing w:after="0"/>
              <w:jc w:val="left"/>
            </w:pPr>
            <w:r/>
            <w:r>
              <w:rPr>
                <w:b/>
                <w:i w:val="0"/>
                <w:sz w:val="20"/>
              </w:rPr>
              <w:t>İlk yardım saati ve yapılan uygulama</w:t>
            </w:r>
          </w:p>
        </w:tc>
        <w:tc>
          <w:tcPr>
            <w:tcW w:type="dxa" w:w="6265"/>
          </w:tcPr>
          <w:p>
            <w:pPr>
              <w:spacing w:after="0"/>
              <w:jc w:val="left"/>
            </w:pPr>
            <w:r/>
          </w:p>
        </w:tc>
      </w:tr>
      <w:tr>
        <w:trPr>
          <w:trHeight w:val="454" w:hRule="atLeast"/>
        </w:trPr>
        <w:tc>
          <w:tcPr>
            <w:tcW w:type="dxa" w:w="3373"/>
          </w:tcPr>
          <w:p>
            <w:pPr>
              <w:spacing w:after="0"/>
              <w:jc w:val="left"/>
            </w:pPr>
            <w:r/>
            <w:r>
              <w:rPr>
                <w:b/>
                <w:i w:val="0"/>
                <w:sz w:val="20"/>
              </w:rPr>
              <w:t>112 arandı mı</w:t>
            </w:r>
          </w:p>
        </w:tc>
        <w:tc>
          <w:tcPr>
            <w:tcW w:type="dxa" w:w="6265"/>
          </w:tcPr>
          <w:p>
            <w:pPr>
              <w:spacing w:after="0"/>
              <w:jc w:val="left"/>
            </w:pPr>
            <w:r/>
            <w:r>
              <w:rPr>
                <w:b w:val="0"/>
                <w:i w:val="0"/>
                <w:sz w:val="20"/>
              </w:rPr>
              <w:t>☐ Evet, saat ....:.... (arayan: ..................)   ☐ Hayır</w:t>
            </w:r>
          </w:p>
        </w:tc>
      </w:tr>
      <w:tr>
        <w:trPr>
          <w:trHeight w:val="454" w:hRule="atLeast"/>
        </w:trPr>
        <w:tc>
          <w:tcPr>
            <w:tcW w:type="dxa" w:w="3373"/>
          </w:tcPr>
          <w:p>
            <w:pPr>
              <w:spacing w:after="0"/>
              <w:jc w:val="left"/>
            </w:pPr>
            <w:r/>
            <w:r>
              <w:rPr>
                <w:b/>
                <w:i w:val="0"/>
                <w:sz w:val="20"/>
              </w:rPr>
              <w:t>Sevk edildiği sağlık kuruluşu</w:t>
            </w:r>
          </w:p>
        </w:tc>
        <w:tc>
          <w:tcPr>
            <w:tcW w:type="dxa" w:w="6265"/>
          </w:tcPr>
          <w:p>
            <w:pPr>
              <w:spacing w:after="0"/>
              <w:jc w:val="left"/>
            </w:pPr>
            <w:r/>
          </w:p>
        </w:tc>
      </w:tr>
      <w:tr>
        <w:trPr>
          <w:trHeight w:val="454" w:hRule="atLeast"/>
        </w:trPr>
        <w:tc>
          <w:tcPr>
            <w:tcW w:type="dxa" w:w="3373"/>
          </w:tcPr>
          <w:p>
            <w:pPr>
              <w:spacing w:after="0"/>
              <w:jc w:val="left"/>
            </w:pPr>
            <w:r/>
            <w:r>
              <w:rPr>
                <w:b/>
                <w:i w:val="0"/>
                <w:sz w:val="20"/>
              </w:rPr>
              <w:t>Nasıl götürüldü</w:t>
            </w:r>
          </w:p>
        </w:tc>
        <w:tc>
          <w:tcPr>
            <w:tcW w:type="dxa" w:w="6265"/>
          </w:tcPr>
          <w:p>
            <w:pPr>
              <w:spacing w:after="0"/>
              <w:jc w:val="left"/>
            </w:pPr>
            <w:r/>
            <w:r>
              <w:rPr>
                <w:b w:val="0"/>
                <w:i w:val="0"/>
                <w:sz w:val="20"/>
              </w:rPr>
              <w:t>☐ Ambulans   ☐ İşyeri aracı   ☐ Diğer</w:t>
            </w:r>
          </w:p>
        </w:tc>
      </w:tr>
      <w:tr>
        <w:trPr>
          <w:trHeight w:val="454" w:hRule="atLeast"/>
        </w:trPr>
        <w:tc>
          <w:tcPr>
            <w:tcW w:type="dxa" w:w="3373"/>
          </w:tcPr>
          <w:p>
            <w:pPr>
              <w:spacing w:after="0"/>
              <w:jc w:val="left"/>
            </w:pPr>
            <w:r/>
            <w:r>
              <w:rPr>
                <w:b/>
                <w:i w:val="0"/>
                <w:sz w:val="20"/>
              </w:rPr>
              <w:t>Kazadan sonra kazalı</w:t>
            </w:r>
          </w:p>
        </w:tc>
        <w:tc>
          <w:tcPr>
            <w:tcW w:type="dxa" w:w="6265"/>
          </w:tcPr>
          <w:p>
            <w:pPr>
              <w:spacing w:after="0"/>
              <w:jc w:val="left"/>
            </w:pPr>
            <w:r/>
            <w:r>
              <w:rPr>
                <w:b w:val="0"/>
                <w:i w:val="0"/>
                <w:sz w:val="20"/>
              </w:rPr>
              <w:t>☐ Çalışmaya devam etti   ☐ Bir süre sonra bıraktı (saat ....:....)   ☐ Hemen bıraktı</w:t>
            </w:r>
          </w:p>
        </w:tc>
      </w:tr>
      <w:tr>
        <w:trPr>
          <w:trHeight w:val="454" w:hRule="atLeast"/>
        </w:trPr>
        <w:tc>
          <w:tcPr>
            <w:tcW w:type="dxa" w:w="3373"/>
          </w:tcPr>
          <w:p>
            <w:pPr>
              <w:spacing w:after="0"/>
              <w:jc w:val="left"/>
            </w:pPr>
            <w:r/>
            <w:r>
              <w:rPr>
                <w:b/>
                <w:i w:val="0"/>
                <w:sz w:val="20"/>
              </w:rPr>
              <w:t>Tıbbi müdahale</w:t>
            </w:r>
          </w:p>
        </w:tc>
        <w:tc>
          <w:tcPr>
            <w:tcW w:type="dxa" w:w="6265"/>
          </w:tcPr>
          <w:p>
            <w:pPr>
              <w:spacing w:after="0"/>
              <w:jc w:val="left"/>
            </w:pPr>
            <w:r/>
            <w:r>
              <w:rPr>
                <w:b w:val="0"/>
                <w:i w:val="0"/>
                <w:sz w:val="20"/>
              </w:rPr>
              <w:t>☐ Yapılmadı   ☐ Derhal yapıldı   ☐ Daha sonra yapıldı</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6. TANIKLAR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644"/>
        <w:gridCol w:w="1304"/>
        <w:gridCol w:w="1928"/>
        <w:gridCol w:w="1814"/>
        <w:gridCol w:w="1247"/>
        <w:gridCol w:w="1134"/>
      </w:tblGrid>
      <w:tr>
        <w:tc>
          <w:tcPr>
            <w:tcW w:type="dxa" w:w="567"/>
            <w:shd w:val="clear" w:color="auto" w:fill="E7E6E6"/>
          </w:tcPr>
          <w:p>
            <w:pPr>
              <w:spacing w:after="0"/>
              <w:jc w:val="left"/>
            </w:pPr>
            <w:r/>
            <w:r>
              <w:rPr>
                <w:b/>
                <w:i w:val="0"/>
                <w:sz w:val="18"/>
              </w:rPr>
              <w:t>Sıra</w:t>
            </w:r>
          </w:p>
        </w:tc>
        <w:tc>
          <w:tcPr>
            <w:tcW w:type="dxa" w:w="1644"/>
            <w:shd w:val="clear" w:color="auto" w:fill="E7E6E6"/>
          </w:tcPr>
          <w:p>
            <w:pPr>
              <w:spacing w:after="0"/>
              <w:jc w:val="left"/>
            </w:pPr>
            <w:r/>
            <w:r>
              <w:rPr>
                <w:b/>
                <w:i w:val="0"/>
                <w:sz w:val="18"/>
              </w:rPr>
              <w:t>Adı soyadı</w:t>
            </w:r>
          </w:p>
        </w:tc>
        <w:tc>
          <w:tcPr>
            <w:tcW w:type="dxa" w:w="1304"/>
            <w:shd w:val="clear" w:color="auto" w:fill="E7E6E6"/>
          </w:tcPr>
          <w:p>
            <w:pPr>
              <w:spacing w:after="0"/>
              <w:jc w:val="left"/>
            </w:pPr>
            <w:r/>
            <w:r>
              <w:rPr>
                <w:b/>
                <w:i w:val="0"/>
                <w:sz w:val="18"/>
              </w:rPr>
              <w:t>Görevi</w:t>
            </w:r>
          </w:p>
        </w:tc>
        <w:tc>
          <w:tcPr>
            <w:tcW w:type="dxa" w:w="1928"/>
            <w:shd w:val="clear" w:color="auto" w:fill="E7E6E6"/>
          </w:tcPr>
          <w:p>
            <w:pPr>
              <w:spacing w:after="0"/>
              <w:jc w:val="left"/>
            </w:pPr>
            <w:r/>
            <w:r>
              <w:rPr>
                <w:b/>
                <w:i w:val="0"/>
                <w:sz w:val="18"/>
              </w:rPr>
              <w:t>Olay anında bulunduğu yer</w:t>
            </w:r>
          </w:p>
        </w:tc>
        <w:tc>
          <w:tcPr>
            <w:tcW w:type="dxa" w:w="1814"/>
            <w:shd w:val="clear" w:color="auto" w:fill="E7E6E6"/>
          </w:tcPr>
          <w:p>
            <w:pPr>
              <w:spacing w:after="0"/>
              <w:jc w:val="left"/>
            </w:pPr>
            <w:r/>
            <w:r>
              <w:rPr>
                <w:b/>
                <w:i w:val="0"/>
                <w:sz w:val="18"/>
              </w:rPr>
              <w:t>☐ Gördü ☐ Duydu ☐ Sonradan geldi</w:t>
            </w:r>
          </w:p>
        </w:tc>
        <w:tc>
          <w:tcPr>
            <w:tcW w:type="dxa" w:w="1247"/>
            <w:shd w:val="clear" w:color="auto" w:fill="E7E6E6"/>
          </w:tcPr>
          <w:p>
            <w:pPr>
              <w:spacing w:after="0"/>
              <w:jc w:val="left"/>
            </w:pPr>
            <w:r/>
            <w:r>
              <w:rPr>
                <w:b/>
                <w:i w:val="0"/>
                <w:sz w:val="18"/>
              </w:rPr>
              <w:t>Telefon</w:t>
            </w:r>
          </w:p>
        </w:tc>
        <w:tc>
          <w:tcPr>
            <w:tcW w:type="dxa" w:w="1134"/>
            <w:shd w:val="clear" w:color="auto" w:fill="E7E6E6"/>
          </w:tcPr>
          <w:p>
            <w:pPr>
              <w:spacing w:after="0"/>
              <w:jc w:val="left"/>
            </w:pPr>
            <w:r/>
            <w:r>
              <w:rPr>
                <w:b/>
                <w:i w:val="0"/>
                <w:sz w:val="18"/>
              </w:rPr>
              <w:t>İfade eki no</w:t>
            </w:r>
          </w:p>
        </w:tc>
      </w:tr>
      <w:tr>
        <w:trPr>
          <w:trHeight w:val="397" w:hRule="atLeast"/>
        </w:trPr>
        <w:tc>
          <w:tcPr>
            <w:tcW w:type="dxa" w:w="567"/>
          </w:tcPr>
          <w:p>
            <w:pPr>
              <w:spacing w:after="0"/>
              <w:jc w:val="left"/>
            </w:pPr>
            <w:r/>
            <w:r>
              <w:rPr>
                <w:b w:val="0"/>
                <w:i w:val="0"/>
                <w:sz w:val="20"/>
              </w:rPr>
              <w:t>1</w:t>
            </w:r>
          </w:p>
        </w:tc>
        <w:tc>
          <w:tcPr>
            <w:tcW w:type="dxa" w:w="1644"/>
          </w:tcPr>
          <w:p>
            <w:pPr>
              <w:spacing w:after="0"/>
              <w:jc w:val="left"/>
            </w:pPr>
            <w:r/>
          </w:p>
        </w:tc>
        <w:tc>
          <w:tcPr>
            <w:tcW w:type="dxa" w:w="1304"/>
          </w:tcPr>
          <w:p>
            <w:pPr>
              <w:spacing w:after="0"/>
              <w:jc w:val="left"/>
            </w:pPr>
            <w:r/>
          </w:p>
        </w:tc>
        <w:tc>
          <w:tcPr>
            <w:tcW w:type="dxa" w:w="1928"/>
          </w:tcPr>
          <w:p>
            <w:pPr>
              <w:spacing w:after="0"/>
              <w:jc w:val="left"/>
            </w:pPr>
            <w:r/>
          </w:p>
        </w:tc>
        <w:tc>
          <w:tcPr>
            <w:tcW w:type="dxa" w:w="1814"/>
          </w:tcPr>
          <w:p>
            <w:pPr>
              <w:spacing w:after="0"/>
              <w:jc w:val="left"/>
            </w:pPr>
            <w:r/>
            <w:r>
              <w:rPr>
                <w:b w:val="0"/>
                <w:i w:val="0"/>
                <w:sz w:val="20"/>
              </w:rPr>
              <w:t>☐ Gördü ☐ Duydu ☐ Sonradan geldi</w:t>
            </w:r>
          </w:p>
        </w:tc>
        <w:tc>
          <w:tcPr>
            <w:tcW w:type="dxa" w:w="1247"/>
          </w:tcPr>
          <w:p>
            <w:pPr>
              <w:spacing w:after="0"/>
              <w:jc w:val="left"/>
            </w:pPr>
            <w:r/>
          </w:p>
        </w:tc>
        <w:tc>
          <w:tcPr>
            <w:tcW w:type="dxa" w:w="1134"/>
          </w:tcPr>
          <w:p>
            <w:pPr>
              <w:spacing w:after="0"/>
              <w:jc w:val="left"/>
            </w:pPr>
            <w:r/>
          </w:p>
        </w:tc>
      </w:tr>
      <w:tr>
        <w:trPr>
          <w:trHeight w:val="397" w:hRule="atLeast"/>
        </w:trPr>
        <w:tc>
          <w:tcPr>
            <w:tcW w:type="dxa" w:w="567"/>
          </w:tcPr>
          <w:p>
            <w:pPr>
              <w:spacing w:after="0"/>
              <w:jc w:val="left"/>
            </w:pPr>
            <w:r/>
            <w:r>
              <w:rPr>
                <w:b w:val="0"/>
                <w:i w:val="0"/>
                <w:sz w:val="20"/>
              </w:rPr>
              <w:t>2</w:t>
            </w:r>
          </w:p>
        </w:tc>
        <w:tc>
          <w:tcPr>
            <w:tcW w:type="dxa" w:w="1644"/>
          </w:tcPr>
          <w:p>
            <w:pPr>
              <w:spacing w:after="0"/>
              <w:jc w:val="left"/>
            </w:pPr>
            <w:r/>
          </w:p>
        </w:tc>
        <w:tc>
          <w:tcPr>
            <w:tcW w:type="dxa" w:w="1304"/>
          </w:tcPr>
          <w:p>
            <w:pPr>
              <w:spacing w:after="0"/>
              <w:jc w:val="left"/>
            </w:pPr>
            <w:r/>
          </w:p>
        </w:tc>
        <w:tc>
          <w:tcPr>
            <w:tcW w:type="dxa" w:w="1928"/>
          </w:tcPr>
          <w:p>
            <w:pPr>
              <w:spacing w:after="0"/>
              <w:jc w:val="left"/>
            </w:pPr>
            <w:r/>
          </w:p>
        </w:tc>
        <w:tc>
          <w:tcPr>
            <w:tcW w:type="dxa" w:w="1814"/>
          </w:tcPr>
          <w:p>
            <w:pPr>
              <w:spacing w:after="0"/>
              <w:jc w:val="left"/>
            </w:pPr>
            <w:r/>
            <w:r>
              <w:rPr>
                <w:b w:val="0"/>
                <w:i w:val="0"/>
                <w:sz w:val="20"/>
              </w:rPr>
              <w:t>☐ Gördü ☐ Duydu ☐ Sonradan geldi</w:t>
            </w:r>
          </w:p>
        </w:tc>
        <w:tc>
          <w:tcPr>
            <w:tcW w:type="dxa" w:w="1247"/>
          </w:tcPr>
          <w:p>
            <w:pPr>
              <w:spacing w:after="0"/>
              <w:jc w:val="left"/>
            </w:pPr>
            <w:r/>
          </w:p>
        </w:tc>
        <w:tc>
          <w:tcPr>
            <w:tcW w:type="dxa" w:w="1134"/>
          </w:tcPr>
          <w:p>
            <w:pPr>
              <w:spacing w:after="0"/>
              <w:jc w:val="left"/>
            </w:pPr>
            <w:r/>
          </w:p>
        </w:tc>
      </w:tr>
      <w:tr>
        <w:trPr>
          <w:trHeight w:val="397" w:hRule="atLeast"/>
        </w:trPr>
        <w:tc>
          <w:tcPr>
            <w:tcW w:type="dxa" w:w="567"/>
          </w:tcPr>
          <w:p>
            <w:pPr>
              <w:spacing w:after="0"/>
              <w:jc w:val="left"/>
            </w:pPr>
            <w:r/>
            <w:r>
              <w:rPr>
                <w:b w:val="0"/>
                <w:i w:val="0"/>
                <w:sz w:val="20"/>
              </w:rPr>
              <w:t>3</w:t>
            </w:r>
          </w:p>
        </w:tc>
        <w:tc>
          <w:tcPr>
            <w:tcW w:type="dxa" w:w="1644"/>
          </w:tcPr>
          <w:p>
            <w:pPr>
              <w:spacing w:after="0"/>
              <w:jc w:val="left"/>
            </w:pPr>
            <w:r/>
          </w:p>
        </w:tc>
        <w:tc>
          <w:tcPr>
            <w:tcW w:type="dxa" w:w="1304"/>
          </w:tcPr>
          <w:p>
            <w:pPr>
              <w:spacing w:after="0"/>
              <w:jc w:val="left"/>
            </w:pPr>
            <w:r/>
          </w:p>
        </w:tc>
        <w:tc>
          <w:tcPr>
            <w:tcW w:type="dxa" w:w="1928"/>
          </w:tcPr>
          <w:p>
            <w:pPr>
              <w:spacing w:after="0"/>
              <w:jc w:val="left"/>
            </w:pPr>
            <w:r/>
          </w:p>
        </w:tc>
        <w:tc>
          <w:tcPr>
            <w:tcW w:type="dxa" w:w="1814"/>
          </w:tcPr>
          <w:p>
            <w:pPr>
              <w:spacing w:after="0"/>
              <w:jc w:val="left"/>
            </w:pPr>
            <w:r/>
            <w:r>
              <w:rPr>
                <w:b w:val="0"/>
                <w:i w:val="0"/>
                <w:sz w:val="20"/>
              </w:rPr>
              <w:t>☐ Gördü ☐ Duydu ☐ Sonradan geldi</w:t>
            </w:r>
          </w:p>
        </w:tc>
        <w:tc>
          <w:tcPr>
            <w:tcW w:type="dxa" w:w="1247"/>
          </w:tcPr>
          <w:p>
            <w:pPr>
              <w:spacing w:after="0"/>
              <w:jc w:val="left"/>
            </w:pPr>
            <w:r/>
          </w:p>
        </w:tc>
        <w:tc>
          <w:tcPr>
            <w:tcW w:type="dxa" w:w="1134"/>
          </w:tcPr>
          <w:p>
            <w:pPr>
              <w:spacing w:after="0"/>
              <w:jc w:val="left"/>
            </w:pPr>
            <w:r/>
          </w:p>
        </w:tc>
      </w:tr>
    </w:tbl>
    <w:p>
      <w:pPr>
        <w:spacing w:after="40" w:before="60"/>
        <w:jc w:val="left"/>
      </w:pPr>
      <w:r>
        <w:rPr>
          <w:b w:val="0"/>
          <w:i w:val="0"/>
          <w:sz w:val="20"/>
        </w:rPr>
        <w:t>☐ Kazayı gören kimse yoktur</w:t>
      </w:r>
    </w:p>
    <w:p>
      <w:r>
        <w:br w:type="page"/>
      </w:r>
    </w:p>
    <w:p>
      <w:pPr>
        <w:spacing w:after="120" w:before="0"/>
        <w:jc w:val="center"/>
      </w:pPr>
      <w:r>
        <w:rPr>
          <w:b/>
          <w:i w:val="0"/>
          <w:sz w:val="26"/>
        </w:rPr>
        <w:t>TANIK İFADE FORMU (Tanık 1)</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rPr>
          <w:trHeight w:val="454" w:hRule="atLeast"/>
        </w:trPr>
        <w:tc>
          <w:tcPr>
            <w:tcW w:type="dxa" w:w="3373"/>
          </w:tcPr>
          <w:p>
            <w:pPr>
              <w:spacing w:after="0"/>
              <w:jc w:val="left"/>
            </w:pPr>
            <w:r/>
            <w:r>
              <w:rPr>
                <w:b/>
                <w:i w:val="0"/>
                <w:sz w:val="20"/>
              </w:rPr>
              <w:t>Adı soyadı</w:t>
            </w:r>
          </w:p>
        </w:tc>
        <w:tc>
          <w:tcPr>
            <w:tcW w:type="dxa" w:w="6265"/>
          </w:tcPr>
          <w:p>
            <w:pPr>
              <w:spacing w:after="0"/>
              <w:jc w:val="left"/>
            </w:pPr>
            <w:r/>
          </w:p>
        </w:tc>
      </w:tr>
      <w:tr>
        <w:trPr>
          <w:trHeight w:val="454" w:hRule="atLeast"/>
        </w:trPr>
        <w:tc>
          <w:tcPr>
            <w:tcW w:type="dxa" w:w="3373"/>
          </w:tcPr>
          <w:p>
            <w:pPr>
              <w:spacing w:after="0"/>
              <w:jc w:val="left"/>
            </w:pPr>
            <w:r/>
            <w:r>
              <w:rPr>
                <w:b/>
                <w:i w:val="0"/>
                <w:sz w:val="20"/>
              </w:rPr>
              <w:t>Görevi</w:t>
            </w:r>
          </w:p>
        </w:tc>
        <w:tc>
          <w:tcPr>
            <w:tcW w:type="dxa" w:w="6265"/>
          </w:tcPr>
          <w:p>
            <w:pPr>
              <w:spacing w:after="0"/>
              <w:jc w:val="left"/>
            </w:pPr>
            <w:r/>
          </w:p>
        </w:tc>
      </w:tr>
      <w:tr>
        <w:trPr>
          <w:trHeight w:val="454" w:hRule="atLeast"/>
        </w:trPr>
        <w:tc>
          <w:tcPr>
            <w:tcW w:type="dxa" w:w="3373"/>
          </w:tcPr>
          <w:p>
            <w:pPr>
              <w:spacing w:after="0"/>
              <w:jc w:val="left"/>
            </w:pPr>
            <w:r/>
            <w:r>
              <w:rPr>
                <w:b/>
                <w:i w:val="0"/>
                <w:sz w:val="20"/>
              </w:rPr>
              <w:t>İfade tarihi ve saati</w:t>
            </w:r>
          </w:p>
        </w:tc>
        <w:tc>
          <w:tcPr>
            <w:tcW w:type="dxa" w:w="6265"/>
          </w:tcPr>
          <w:p>
            <w:pPr>
              <w:spacing w:after="0"/>
              <w:jc w:val="left"/>
            </w:pPr>
            <w:r/>
          </w:p>
        </w:tc>
      </w:tr>
      <w:tr>
        <w:trPr>
          <w:trHeight w:val="454" w:hRule="atLeast"/>
        </w:trPr>
        <w:tc>
          <w:tcPr>
            <w:tcW w:type="dxa" w:w="3373"/>
          </w:tcPr>
          <w:p>
            <w:pPr>
              <w:spacing w:after="0"/>
              <w:jc w:val="left"/>
            </w:pPr>
            <w:r/>
            <w:r>
              <w:rPr>
                <w:b/>
                <w:i w:val="0"/>
                <w:sz w:val="20"/>
              </w:rPr>
              <w:t>İfadeyi alan (adı soyadı, görevi)</w:t>
            </w:r>
          </w:p>
        </w:tc>
        <w:tc>
          <w:tcPr>
            <w:tcW w:type="dxa" w:w="626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 anında neredeydiniz, kazalıya uzaklığınız ne kadardı?</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Ne gördünüz, ne duydunuz? Lütfen kendi cümlelerinizle anlatınız.</w:t>
            </w:r>
          </w:p>
        </w:tc>
      </w:tr>
      <w:tr>
        <w:trPr>
          <w:trHeight w:val="3742"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Kazalı o sırada hangi işi, hangi ekipmanla yapıyordu?</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Olaydan hemen önce dikkatinizi çeken bir durum oldu mu?</w:t>
            </w:r>
          </w:p>
        </w:tc>
      </w:tr>
      <w:tr>
        <w:trPr>
          <w:trHeight w:val="935"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Kazadan sonra kim, ne yaptı?</w:t>
            </w:r>
          </w:p>
        </w:tc>
      </w:tr>
      <w:tr>
        <w:trPr>
          <w:trHeight w:val="935" w:hRule="atLeast"/>
        </w:trPr>
        <w:tc>
          <w:tcPr>
            <w:tcW w:type="dxa" w:w="9638"/>
          </w:tcPr>
          <w:p>
            <w:pPr>
              <w:spacing w:after="0"/>
              <w:jc w:val="left"/>
            </w:pPr>
            <w:r/>
          </w:p>
        </w:tc>
      </w:tr>
    </w:tbl>
    <w:p>
      <w:pPr>
        <w:spacing w:after="0" w:before="0"/>
        <w:jc w:val="left"/>
      </w:pPr>
    </w:p>
    <w:p>
      <w:pPr>
        <w:spacing w:after="80" w:before="80"/>
        <w:jc w:val="left"/>
      </w:pPr>
      <w:r>
        <w:rPr>
          <w:b w:val="0"/>
          <w:i w:val="0"/>
          <w:sz w:val="20"/>
        </w:rPr>
        <w:t>Yukarıdaki ifadeyi okudum, anlattıklarımın doğru yazıldığını onaylarım.</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tcPr>
          <w:p>
            <w:pPr>
              <w:spacing w:after="0"/>
              <w:jc w:val="left"/>
            </w:pPr>
            <w:r/>
            <w:r>
              <w:rPr>
                <w:b/>
                <w:i w:val="0"/>
                <w:sz w:val="20"/>
              </w:rPr>
              <w:t>İfade veren (ad soyad, imza)</w:t>
            </w:r>
          </w:p>
        </w:tc>
        <w:tc>
          <w:tcPr>
            <w:tcW w:type="dxa" w:w="4819"/>
          </w:tcPr>
          <w:p>
            <w:pPr>
              <w:spacing w:after="0"/>
              <w:jc w:val="left"/>
            </w:pPr>
            <w:r/>
            <w:r>
              <w:rPr>
                <w:b/>
                <w:i w:val="0"/>
                <w:sz w:val="20"/>
              </w:rPr>
              <w:t>İfadeyi alan (ad soyad, imza)</w:t>
            </w:r>
          </w:p>
        </w:tc>
      </w:tr>
      <w:tr>
        <w:trPr>
          <w:trHeight w:val="1020" w:hRule="atLeast"/>
        </w:trPr>
        <w:tc>
          <w:tcPr>
            <w:tcW w:type="dxa" w:w="4819"/>
          </w:tcPr>
          <w:p/>
        </w:tc>
        <w:tc>
          <w:tcPr>
            <w:tcW w:type="dxa" w:w="4819"/>
          </w:tcPr>
          <w:p/>
        </w:tc>
      </w:tr>
    </w:tbl>
    <w:p>
      <w:r>
        <w:br w:type="page"/>
      </w:r>
    </w:p>
    <w:p>
      <w:pPr>
        <w:spacing w:after="120" w:before="0"/>
        <w:jc w:val="center"/>
      </w:pPr>
      <w:r>
        <w:rPr>
          <w:b/>
          <w:i w:val="0"/>
          <w:sz w:val="26"/>
        </w:rPr>
        <w:t>TANIK İFADE FORMU (Tanık 2)</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rPr>
          <w:trHeight w:val="454" w:hRule="atLeast"/>
        </w:trPr>
        <w:tc>
          <w:tcPr>
            <w:tcW w:type="dxa" w:w="3373"/>
          </w:tcPr>
          <w:p>
            <w:pPr>
              <w:spacing w:after="0"/>
              <w:jc w:val="left"/>
            </w:pPr>
            <w:r/>
            <w:r>
              <w:rPr>
                <w:b/>
                <w:i w:val="0"/>
                <w:sz w:val="20"/>
              </w:rPr>
              <w:t>Adı soyadı</w:t>
            </w:r>
          </w:p>
        </w:tc>
        <w:tc>
          <w:tcPr>
            <w:tcW w:type="dxa" w:w="6265"/>
          </w:tcPr>
          <w:p>
            <w:pPr>
              <w:spacing w:after="0"/>
              <w:jc w:val="left"/>
            </w:pPr>
            <w:r/>
          </w:p>
        </w:tc>
      </w:tr>
      <w:tr>
        <w:trPr>
          <w:trHeight w:val="454" w:hRule="atLeast"/>
        </w:trPr>
        <w:tc>
          <w:tcPr>
            <w:tcW w:type="dxa" w:w="3373"/>
          </w:tcPr>
          <w:p>
            <w:pPr>
              <w:spacing w:after="0"/>
              <w:jc w:val="left"/>
            </w:pPr>
            <w:r/>
            <w:r>
              <w:rPr>
                <w:b/>
                <w:i w:val="0"/>
                <w:sz w:val="20"/>
              </w:rPr>
              <w:t>Görevi</w:t>
            </w:r>
          </w:p>
        </w:tc>
        <w:tc>
          <w:tcPr>
            <w:tcW w:type="dxa" w:w="6265"/>
          </w:tcPr>
          <w:p>
            <w:pPr>
              <w:spacing w:after="0"/>
              <w:jc w:val="left"/>
            </w:pPr>
            <w:r/>
          </w:p>
        </w:tc>
      </w:tr>
      <w:tr>
        <w:trPr>
          <w:trHeight w:val="454" w:hRule="atLeast"/>
        </w:trPr>
        <w:tc>
          <w:tcPr>
            <w:tcW w:type="dxa" w:w="3373"/>
          </w:tcPr>
          <w:p>
            <w:pPr>
              <w:spacing w:after="0"/>
              <w:jc w:val="left"/>
            </w:pPr>
            <w:r/>
            <w:r>
              <w:rPr>
                <w:b/>
                <w:i w:val="0"/>
                <w:sz w:val="20"/>
              </w:rPr>
              <w:t>İfade tarihi ve saati</w:t>
            </w:r>
          </w:p>
        </w:tc>
        <w:tc>
          <w:tcPr>
            <w:tcW w:type="dxa" w:w="6265"/>
          </w:tcPr>
          <w:p>
            <w:pPr>
              <w:spacing w:after="0"/>
              <w:jc w:val="left"/>
            </w:pPr>
            <w:r/>
          </w:p>
        </w:tc>
      </w:tr>
      <w:tr>
        <w:trPr>
          <w:trHeight w:val="454" w:hRule="atLeast"/>
        </w:trPr>
        <w:tc>
          <w:tcPr>
            <w:tcW w:type="dxa" w:w="3373"/>
          </w:tcPr>
          <w:p>
            <w:pPr>
              <w:spacing w:after="0"/>
              <w:jc w:val="left"/>
            </w:pPr>
            <w:r/>
            <w:r>
              <w:rPr>
                <w:b/>
                <w:i w:val="0"/>
                <w:sz w:val="20"/>
              </w:rPr>
              <w:t>İfadeyi alan (adı soyadı, görevi)</w:t>
            </w:r>
          </w:p>
        </w:tc>
        <w:tc>
          <w:tcPr>
            <w:tcW w:type="dxa" w:w="626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 anında neredeydiniz, kazalıya uzaklığınız ne kadardı?</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Ne gördünüz, ne duydunuz? Lütfen kendi cümlelerinizle anlatınız.</w:t>
            </w:r>
          </w:p>
        </w:tc>
      </w:tr>
      <w:tr>
        <w:trPr>
          <w:trHeight w:val="3742"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Kazalı o sırada hangi işi, hangi ekipmanla yapıyordu?</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Olaydan hemen önce dikkatinizi çeken bir durum oldu mu?</w:t>
            </w:r>
          </w:p>
        </w:tc>
      </w:tr>
      <w:tr>
        <w:trPr>
          <w:trHeight w:val="935"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Kazadan sonra kim, ne yaptı?</w:t>
            </w:r>
          </w:p>
        </w:tc>
      </w:tr>
      <w:tr>
        <w:trPr>
          <w:trHeight w:val="935" w:hRule="atLeast"/>
        </w:trPr>
        <w:tc>
          <w:tcPr>
            <w:tcW w:type="dxa" w:w="9638"/>
          </w:tcPr>
          <w:p>
            <w:pPr>
              <w:spacing w:after="0"/>
              <w:jc w:val="left"/>
            </w:pPr>
            <w:r/>
          </w:p>
        </w:tc>
      </w:tr>
    </w:tbl>
    <w:p>
      <w:pPr>
        <w:spacing w:after="0" w:before="0"/>
        <w:jc w:val="left"/>
      </w:pPr>
    </w:p>
    <w:p>
      <w:pPr>
        <w:spacing w:after="80" w:before="80"/>
        <w:jc w:val="left"/>
      </w:pPr>
      <w:r>
        <w:rPr>
          <w:b w:val="0"/>
          <w:i w:val="0"/>
          <w:sz w:val="20"/>
        </w:rPr>
        <w:t>Yukarıdaki ifadeyi okudum, anlattıklarımın doğru yazıldığını onaylarım.</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tcPr>
          <w:p>
            <w:pPr>
              <w:spacing w:after="0"/>
              <w:jc w:val="left"/>
            </w:pPr>
            <w:r/>
            <w:r>
              <w:rPr>
                <w:b/>
                <w:i w:val="0"/>
                <w:sz w:val="20"/>
              </w:rPr>
              <w:t>İfade veren (ad soyad, imza)</w:t>
            </w:r>
          </w:p>
        </w:tc>
        <w:tc>
          <w:tcPr>
            <w:tcW w:type="dxa" w:w="4819"/>
          </w:tcPr>
          <w:p>
            <w:pPr>
              <w:spacing w:after="0"/>
              <w:jc w:val="left"/>
            </w:pPr>
            <w:r/>
            <w:r>
              <w:rPr>
                <w:b/>
                <w:i w:val="0"/>
                <w:sz w:val="20"/>
              </w:rPr>
              <w:t>İfadeyi alan (ad soyad, imza)</w:t>
            </w:r>
          </w:p>
        </w:tc>
      </w:tr>
      <w:tr>
        <w:trPr>
          <w:trHeight w:val="1020" w:hRule="atLeast"/>
        </w:trPr>
        <w:tc>
          <w:tcPr>
            <w:tcW w:type="dxa" w:w="4819"/>
          </w:tcPr>
          <w:p/>
        </w:tc>
        <w:tc>
          <w:tcPr>
            <w:tcW w:type="dxa" w:w="4819"/>
          </w:tcPr>
          <w:p/>
        </w:tc>
      </w:tr>
    </w:tbl>
    <w:p>
      <w:r>
        <w:br w:type="page"/>
      </w:r>
    </w:p>
    <w:p>
      <w:pPr>
        <w:spacing w:after="120" w:before="0"/>
        <w:jc w:val="center"/>
      </w:pPr>
      <w:r>
        <w:rPr>
          <w:b/>
          <w:i w:val="0"/>
          <w:sz w:val="26"/>
        </w:rPr>
        <w:t>KAZALI BEYAN FORMU</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rPr>
          <w:trHeight w:val="454" w:hRule="atLeast"/>
        </w:trPr>
        <w:tc>
          <w:tcPr>
            <w:tcW w:type="dxa" w:w="3373"/>
          </w:tcPr>
          <w:p>
            <w:pPr>
              <w:spacing w:after="0"/>
              <w:jc w:val="left"/>
            </w:pPr>
            <w:r/>
            <w:r>
              <w:rPr>
                <w:b/>
                <w:i w:val="0"/>
                <w:sz w:val="20"/>
              </w:rPr>
              <w:t>Adı soyadı</w:t>
            </w:r>
          </w:p>
        </w:tc>
        <w:tc>
          <w:tcPr>
            <w:tcW w:type="dxa" w:w="6265"/>
          </w:tcPr>
          <w:p>
            <w:pPr>
              <w:spacing w:after="0"/>
              <w:jc w:val="left"/>
            </w:pPr>
            <w:r/>
          </w:p>
        </w:tc>
      </w:tr>
      <w:tr>
        <w:trPr>
          <w:trHeight w:val="454" w:hRule="atLeast"/>
        </w:trPr>
        <w:tc>
          <w:tcPr>
            <w:tcW w:type="dxa" w:w="3373"/>
          </w:tcPr>
          <w:p>
            <w:pPr>
              <w:spacing w:after="0"/>
              <w:jc w:val="left"/>
            </w:pPr>
            <w:r/>
            <w:r>
              <w:rPr>
                <w:b/>
                <w:i w:val="0"/>
                <w:sz w:val="20"/>
              </w:rPr>
              <w:t>Görevi</w:t>
            </w:r>
          </w:p>
        </w:tc>
        <w:tc>
          <w:tcPr>
            <w:tcW w:type="dxa" w:w="6265"/>
          </w:tcPr>
          <w:p>
            <w:pPr>
              <w:spacing w:after="0"/>
              <w:jc w:val="left"/>
            </w:pPr>
            <w:r/>
          </w:p>
        </w:tc>
      </w:tr>
      <w:tr>
        <w:trPr>
          <w:trHeight w:val="454" w:hRule="atLeast"/>
        </w:trPr>
        <w:tc>
          <w:tcPr>
            <w:tcW w:type="dxa" w:w="3373"/>
          </w:tcPr>
          <w:p>
            <w:pPr>
              <w:spacing w:after="0"/>
              <w:jc w:val="left"/>
            </w:pPr>
            <w:r/>
            <w:r>
              <w:rPr>
                <w:b/>
                <w:i w:val="0"/>
                <w:sz w:val="20"/>
              </w:rPr>
              <w:t>İfade tarihi ve saati</w:t>
            </w:r>
          </w:p>
        </w:tc>
        <w:tc>
          <w:tcPr>
            <w:tcW w:type="dxa" w:w="6265"/>
          </w:tcPr>
          <w:p>
            <w:pPr>
              <w:spacing w:after="0"/>
              <w:jc w:val="left"/>
            </w:pPr>
            <w:r/>
          </w:p>
        </w:tc>
      </w:tr>
      <w:tr>
        <w:trPr>
          <w:trHeight w:val="454" w:hRule="atLeast"/>
        </w:trPr>
        <w:tc>
          <w:tcPr>
            <w:tcW w:type="dxa" w:w="3373"/>
          </w:tcPr>
          <w:p>
            <w:pPr>
              <w:spacing w:after="0"/>
              <w:jc w:val="left"/>
            </w:pPr>
            <w:r/>
            <w:r>
              <w:rPr>
                <w:b/>
                <w:i w:val="0"/>
                <w:sz w:val="20"/>
              </w:rPr>
              <w:t>İfadeyi alan (adı soyadı, görevi)</w:t>
            </w:r>
          </w:p>
        </w:tc>
        <w:tc>
          <w:tcPr>
            <w:tcW w:type="dxa" w:w="626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 anında neredeydiniz?</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Olayı kendi cümlelerinizle anlatınız.</w:t>
            </w:r>
          </w:p>
        </w:tc>
      </w:tr>
      <w:tr>
        <w:trPr>
          <w:trHeight w:val="3742"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 sırada hangi işi, hangi ekipmanla yapıyordunuz?</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Olaydan hemen önce dikkatinizi çeken bir durum oldu mu?</w:t>
            </w:r>
          </w:p>
        </w:tc>
      </w:tr>
      <w:tr>
        <w:trPr>
          <w:trHeight w:val="935"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Kazadan sonra kim, ne yaptı?</w:t>
            </w:r>
          </w:p>
        </w:tc>
      </w:tr>
      <w:tr>
        <w:trPr>
          <w:trHeight w:val="935" w:hRule="atLeast"/>
        </w:trPr>
        <w:tc>
          <w:tcPr>
            <w:tcW w:type="dxa" w:w="9638"/>
          </w:tcPr>
          <w:p>
            <w:pPr>
              <w:spacing w:after="0"/>
              <w:jc w:val="left"/>
            </w:pPr>
            <w:r/>
          </w:p>
        </w:tc>
      </w:tr>
    </w:tbl>
    <w:p>
      <w:pPr>
        <w:spacing w:after="0" w:before="0"/>
        <w:jc w:val="left"/>
      </w:pPr>
    </w:p>
    <w:p>
      <w:pPr>
        <w:spacing w:after="80" w:before="80"/>
        <w:jc w:val="left"/>
      </w:pPr>
      <w:r>
        <w:rPr>
          <w:b w:val="0"/>
          <w:i w:val="0"/>
          <w:sz w:val="20"/>
        </w:rPr>
        <w:t>Yukarıdaki ifadeyi okudum, anlattıklarımın doğru yazıldığını onaylarım.</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tcPr>
          <w:p>
            <w:pPr>
              <w:spacing w:after="0"/>
              <w:jc w:val="left"/>
            </w:pPr>
            <w:r/>
            <w:r>
              <w:rPr>
                <w:b/>
                <w:i w:val="0"/>
                <w:sz w:val="20"/>
              </w:rPr>
              <w:t>İfade veren (ad soyad, imza)</w:t>
            </w:r>
          </w:p>
        </w:tc>
        <w:tc>
          <w:tcPr>
            <w:tcW w:type="dxa" w:w="4819"/>
          </w:tcPr>
          <w:p>
            <w:pPr>
              <w:spacing w:after="0"/>
              <w:jc w:val="left"/>
            </w:pPr>
            <w:r/>
            <w:r>
              <w:rPr>
                <w:b/>
                <w:i w:val="0"/>
                <w:sz w:val="20"/>
              </w:rPr>
              <w:t>İfadeyi alan (ad soyad, imza)</w:t>
            </w:r>
          </w:p>
        </w:tc>
      </w:tr>
      <w:tr>
        <w:trPr>
          <w:trHeight w:val="1020" w:hRule="atLeast"/>
        </w:trPr>
        <w:tc>
          <w:tcPr>
            <w:tcW w:type="dxa" w:w="4819"/>
          </w:tcPr>
          <w:p/>
        </w:tc>
        <w:tc>
          <w:tcPr>
            <w:tcW w:type="dxa" w:w="4819"/>
          </w:tcPr>
          <w:p/>
        </w:tc>
      </w:tr>
    </w:tbl>
    <w:p>
      <w:r>
        <w:br w:type="page"/>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7. DOĞRUDAN NEDENLER (İLK GÖZLEM)</w:t>
            </w:r>
          </w:p>
        </w:tc>
      </w:tr>
      <w:tr>
        <w:trPr>
          <w:trHeight w:val="1247" w:hRule="atLeast"/>
        </w:trPr>
        <w:tc>
          <w:tcPr>
            <w:tcW w:type="dxa" w:w="3373"/>
          </w:tcPr>
          <w:p>
            <w:pPr>
              <w:spacing w:after="0"/>
              <w:jc w:val="left"/>
            </w:pPr>
            <w:r/>
            <w:r>
              <w:rPr>
                <w:b/>
                <w:i w:val="0"/>
                <w:sz w:val="20"/>
              </w:rPr>
              <w:t>Olay yerinde gözlenen güvensiz durumlar</w:t>
            </w:r>
          </w:p>
        </w:tc>
        <w:tc>
          <w:tcPr>
            <w:tcW w:type="dxa" w:w="6265"/>
          </w:tcPr>
          <w:p>
            <w:pPr>
              <w:spacing w:after="0"/>
              <w:jc w:val="left"/>
            </w:pPr>
            <w:r/>
          </w:p>
        </w:tc>
      </w:tr>
      <w:tr>
        <w:trPr>
          <w:trHeight w:val="1247" w:hRule="atLeast"/>
        </w:trPr>
        <w:tc>
          <w:tcPr>
            <w:tcW w:type="dxa" w:w="3373"/>
          </w:tcPr>
          <w:p>
            <w:pPr>
              <w:spacing w:after="0"/>
              <w:jc w:val="left"/>
            </w:pPr>
            <w:r/>
            <w:r>
              <w:rPr>
                <w:b/>
                <w:i w:val="0"/>
                <w:sz w:val="20"/>
              </w:rPr>
              <w:t>Olay yerinde gözlenen güvensiz davranışlar ve dayanağı</w:t>
            </w:r>
          </w:p>
        </w:tc>
        <w:tc>
          <w:tcPr>
            <w:tcW w:type="dxa" w:w="6265"/>
          </w:tcPr>
          <w:p>
            <w:pPr>
              <w:spacing w:after="0"/>
              <w:jc w:val="left"/>
            </w:pPr>
            <w:r/>
          </w:p>
        </w:tc>
      </w:tr>
    </w:tbl>
    <w:p>
      <w:pPr>
        <w:spacing w:after="120" w:before="40"/>
        <w:jc w:val="left"/>
      </w:pPr>
      <w:r>
        <w:rPr>
          <w:b w:val="0"/>
          <w:i/>
          <w:sz w:val="18"/>
        </w:rPr>
        <w:t>Kök neden analizi iş kazası araştırma raporunda yapılır; bu bölüme yalnızca gözlenen olgular yazılır.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8. ALINAN ÖNLEMLER VE BİLDİRİMLER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69"/>
        <w:gridCol w:w="1984"/>
        <w:gridCol w:w="1984"/>
      </w:tblGrid>
      <w:tr>
        <w:tc>
          <w:tcPr>
            <w:tcW w:type="dxa" w:w="5669"/>
            <w:shd w:val="clear" w:color="auto" w:fill="E7E6E6"/>
          </w:tcPr>
          <w:p>
            <w:pPr>
              <w:spacing w:after="0"/>
              <w:jc w:val="left"/>
            </w:pPr>
            <w:r/>
            <w:r>
              <w:rPr>
                <w:b/>
                <w:i w:val="0"/>
                <w:sz w:val="20"/>
              </w:rPr>
              <w:t>Alınan önlem</w:t>
            </w:r>
          </w:p>
        </w:tc>
        <w:tc>
          <w:tcPr>
            <w:tcW w:type="dxa" w:w="1984"/>
            <w:shd w:val="clear" w:color="auto" w:fill="E7E6E6"/>
          </w:tcPr>
          <w:p>
            <w:pPr>
              <w:spacing w:after="0"/>
              <w:jc w:val="left"/>
            </w:pPr>
            <w:r/>
            <w:r>
              <w:rPr>
                <w:b/>
                <w:i w:val="0"/>
                <w:sz w:val="20"/>
              </w:rPr>
              <w:t>Uygulayan</w:t>
            </w:r>
          </w:p>
        </w:tc>
        <w:tc>
          <w:tcPr>
            <w:tcW w:type="dxa" w:w="1984"/>
            <w:shd w:val="clear" w:color="auto" w:fill="E7E6E6"/>
          </w:tcPr>
          <w:p>
            <w:pPr>
              <w:spacing w:after="0"/>
              <w:jc w:val="left"/>
            </w:pPr>
            <w:r/>
            <w:r>
              <w:rPr>
                <w:b/>
                <w:i w:val="0"/>
                <w:sz w:val="20"/>
              </w:rPr>
              <w:t>Tarih / saat</w:t>
            </w:r>
          </w:p>
        </w:tc>
      </w:tr>
      <w:tr>
        <w:trPr>
          <w:trHeight w:val="397" w:hRule="atLeast"/>
        </w:trPr>
        <w:tc>
          <w:tcPr>
            <w:tcW w:type="dxa" w:w="5669"/>
          </w:tcPr>
          <w:p>
            <w:pPr>
              <w:spacing w:after="0"/>
              <w:jc w:val="left"/>
            </w:pPr>
            <w:r/>
          </w:p>
        </w:tc>
        <w:tc>
          <w:tcPr>
            <w:tcW w:type="dxa" w:w="1984"/>
          </w:tcPr>
          <w:p>
            <w:pPr>
              <w:spacing w:after="0"/>
              <w:jc w:val="left"/>
            </w:pPr>
            <w:r/>
          </w:p>
        </w:tc>
        <w:tc>
          <w:tcPr>
            <w:tcW w:type="dxa" w:w="1984"/>
          </w:tcPr>
          <w:p>
            <w:pPr>
              <w:spacing w:after="0"/>
              <w:jc w:val="left"/>
            </w:pPr>
            <w:r/>
          </w:p>
        </w:tc>
      </w:tr>
      <w:tr>
        <w:trPr>
          <w:trHeight w:val="397" w:hRule="atLeast"/>
        </w:trPr>
        <w:tc>
          <w:tcPr>
            <w:tcW w:type="dxa" w:w="5669"/>
          </w:tcPr>
          <w:p>
            <w:pPr>
              <w:spacing w:after="0"/>
              <w:jc w:val="left"/>
            </w:pPr>
            <w:r/>
          </w:p>
        </w:tc>
        <w:tc>
          <w:tcPr>
            <w:tcW w:type="dxa" w:w="1984"/>
          </w:tcPr>
          <w:p>
            <w:pPr>
              <w:spacing w:after="0"/>
              <w:jc w:val="left"/>
            </w:pPr>
            <w:r/>
          </w:p>
        </w:tc>
        <w:tc>
          <w:tcPr>
            <w:tcW w:type="dxa" w:w="1984"/>
          </w:tcPr>
          <w:p>
            <w:pPr>
              <w:spacing w:after="0"/>
              <w:jc w:val="left"/>
            </w:pPr>
            <w:r/>
          </w:p>
        </w:tc>
      </w:tr>
      <w:tr>
        <w:trPr>
          <w:trHeight w:val="397" w:hRule="atLeast"/>
        </w:trPr>
        <w:tc>
          <w:tcPr>
            <w:tcW w:type="dxa" w:w="5669"/>
          </w:tcPr>
          <w:p>
            <w:pPr>
              <w:spacing w:after="0"/>
              <w:jc w:val="left"/>
            </w:pPr>
            <w:r/>
          </w:p>
        </w:tc>
        <w:tc>
          <w:tcPr>
            <w:tcW w:type="dxa" w:w="1984"/>
          </w:tcPr>
          <w:p>
            <w:pPr>
              <w:spacing w:after="0"/>
              <w:jc w:val="left"/>
            </w:pPr>
            <w:r/>
          </w:p>
        </w:tc>
        <w:tc>
          <w:tcPr>
            <w:tcW w:type="dxa" w:w="1984"/>
          </w:tcPr>
          <w:p>
            <w:pPr>
              <w:spacing w:after="0"/>
              <w:jc w:val="left"/>
            </w:pPr>
            <w:r/>
          </w:p>
        </w:tc>
      </w:tr>
      <w:tr>
        <w:trPr>
          <w:trHeight w:val="397" w:hRule="atLeast"/>
        </w:trPr>
        <w:tc>
          <w:tcPr>
            <w:tcW w:type="dxa" w:w="5669"/>
          </w:tcPr>
          <w:p>
            <w:pPr>
              <w:spacing w:after="0"/>
              <w:jc w:val="left"/>
            </w:pPr>
            <w:r/>
          </w:p>
        </w:tc>
        <w:tc>
          <w:tcPr>
            <w:tcW w:type="dxa" w:w="1984"/>
          </w:tcPr>
          <w:p>
            <w:pPr>
              <w:spacing w:after="0"/>
              <w:jc w:val="left"/>
            </w:pPr>
            <w:r/>
          </w:p>
        </w:tc>
        <w:tc>
          <w:tcPr>
            <w:tcW w:type="dxa" w:w="1984"/>
          </w:tcPr>
          <w:p>
            <w:pPr>
              <w:spacing w:after="0"/>
              <w:jc w:val="left"/>
            </w:pPr>
            <w:r/>
          </w:p>
        </w:tc>
      </w:tr>
      <w:tr>
        <w:trPr>
          <w:trHeight w:val="397" w:hRule="atLeast"/>
        </w:trPr>
        <w:tc>
          <w:tcPr>
            <w:tcW w:type="dxa" w:w="5669"/>
          </w:tcPr>
          <w:p>
            <w:pPr>
              <w:spacing w:after="0"/>
              <w:jc w:val="left"/>
            </w:pPr>
            <w:r/>
          </w:p>
        </w:tc>
        <w:tc>
          <w:tcPr>
            <w:tcW w:type="dxa" w:w="1984"/>
          </w:tcPr>
          <w:p>
            <w:pPr>
              <w:spacing w:after="0"/>
              <w:jc w:val="left"/>
            </w:pPr>
            <w:r/>
          </w:p>
        </w:tc>
        <w:tc>
          <w:tcPr>
            <w:tcW w:type="dxa" w:w="1984"/>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948"/>
        <w:gridCol w:w="1814"/>
        <w:gridCol w:w="2041"/>
        <w:gridCol w:w="2835"/>
      </w:tblGrid>
      <w:tr>
        <w:tc>
          <w:tcPr>
            <w:tcW w:type="dxa" w:w="2948"/>
            <w:shd w:val="clear" w:color="auto" w:fill="E7E6E6"/>
          </w:tcPr>
          <w:p>
            <w:pPr>
              <w:spacing w:after="0"/>
              <w:jc w:val="left"/>
            </w:pPr>
            <w:r/>
            <w:r>
              <w:rPr>
                <w:b/>
                <w:i w:val="0"/>
                <w:sz w:val="20"/>
              </w:rPr>
              <w:t>Bildirim</w:t>
            </w:r>
          </w:p>
        </w:tc>
        <w:tc>
          <w:tcPr>
            <w:tcW w:type="dxa" w:w="1814"/>
            <w:shd w:val="clear" w:color="auto" w:fill="E7E6E6"/>
          </w:tcPr>
          <w:p>
            <w:pPr>
              <w:spacing w:after="0"/>
              <w:jc w:val="left"/>
            </w:pPr>
            <w:r/>
            <w:r>
              <w:rPr>
                <w:b/>
                <w:i w:val="0"/>
                <w:sz w:val="20"/>
              </w:rPr>
              <w:t>Tarih / saat</w:t>
            </w:r>
          </w:p>
        </w:tc>
        <w:tc>
          <w:tcPr>
            <w:tcW w:type="dxa" w:w="2041"/>
            <w:shd w:val="clear" w:color="auto" w:fill="E7E6E6"/>
          </w:tcPr>
          <w:p>
            <w:pPr>
              <w:spacing w:after="0"/>
              <w:jc w:val="left"/>
            </w:pPr>
            <w:r/>
            <w:r>
              <w:rPr>
                <w:b/>
                <w:i w:val="0"/>
                <w:sz w:val="20"/>
              </w:rPr>
              <w:t>Bildiren</w:t>
            </w:r>
          </w:p>
        </w:tc>
        <w:tc>
          <w:tcPr>
            <w:tcW w:type="dxa" w:w="2835"/>
            <w:shd w:val="clear" w:color="auto" w:fill="E7E6E6"/>
          </w:tcPr>
          <w:p>
            <w:pPr>
              <w:spacing w:after="0"/>
              <w:jc w:val="left"/>
            </w:pPr>
            <w:r/>
            <w:r>
              <w:rPr>
                <w:b/>
                <w:i w:val="0"/>
                <w:sz w:val="20"/>
              </w:rPr>
              <w:t>Açıklama</w:t>
            </w:r>
          </w:p>
        </w:tc>
      </w:tr>
      <w:tr>
        <w:trPr>
          <w:trHeight w:val="397" w:hRule="atLeast"/>
        </w:trPr>
        <w:tc>
          <w:tcPr>
            <w:tcW w:type="dxa" w:w="2948"/>
          </w:tcPr>
          <w:p>
            <w:pPr>
              <w:spacing w:after="0"/>
              <w:jc w:val="left"/>
            </w:pPr>
            <w:r/>
            <w:r>
              <w:rPr>
                <w:b w:val="0"/>
                <w:i w:val="0"/>
                <w:sz w:val="20"/>
              </w:rPr>
              <w:t>Kolluk (polis / jandarma)</w:t>
            </w:r>
          </w:p>
        </w:tc>
        <w:tc>
          <w:tcPr>
            <w:tcW w:type="dxa" w:w="1814"/>
          </w:tcPr>
          <w:p>
            <w:pPr>
              <w:spacing w:after="0"/>
              <w:jc w:val="left"/>
            </w:pPr>
            <w:r/>
          </w:p>
        </w:tc>
        <w:tc>
          <w:tcPr>
            <w:tcW w:type="dxa" w:w="2041"/>
          </w:tcPr>
          <w:p>
            <w:pPr>
              <w:spacing w:after="0"/>
              <w:jc w:val="left"/>
            </w:pPr>
            <w:r/>
          </w:p>
        </w:tc>
        <w:tc>
          <w:tcPr>
            <w:tcW w:type="dxa" w:w="2835"/>
          </w:tcPr>
          <w:p>
            <w:pPr>
              <w:spacing w:after="0"/>
              <w:jc w:val="left"/>
            </w:pPr>
            <w:r/>
          </w:p>
        </w:tc>
      </w:tr>
      <w:tr>
        <w:trPr>
          <w:trHeight w:val="397" w:hRule="atLeast"/>
        </w:trPr>
        <w:tc>
          <w:tcPr>
            <w:tcW w:type="dxa" w:w="2948"/>
          </w:tcPr>
          <w:p>
            <w:pPr>
              <w:spacing w:after="0"/>
              <w:jc w:val="left"/>
            </w:pPr>
            <w:r/>
            <w:r>
              <w:rPr>
                <w:b w:val="0"/>
                <w:i w:val="0"/>
                <w:sz w:val="20"/>
              </w:rPr>
              <w:t>SGK E-Bildirim (yasal son gün: ..../..../........)</w:t>
            </w:r>
          </w:p>
        </w:tc>
        <w:tc>
          <w:tcPr>
            <w:tcW w:type="dxa" w:w="1814"/>
          </w:tcPr>
          <w:p>
            <w:pPr>
              <w:spacing w:after="0"/>
              <w:jc w:val="left"/>
            </w:pPr>
            <w:r/>
          </w:p>
        </w:tc>
        <w:tc>
          <w:tcPr>
            <w:tcW w:type="dxa" w:w="2041"/>
          </w:tcPr>
          <w:p>
            <w:pPr>
              <w:spacing w:after="0"/>
              <w:jc w:val="left"/>
            </w:pPr>
            <w:r/>
          </w:p>
        </w:tc>
        <w:tc>
          <w:tcPr>
            <w:tcW w:type="dxa" w:w="2835"/>
          </w:tcPr>
          <w:p>
            <w:pPr>
              <w:spacing w:after="0"/>
              <w:jc w:val="left"/>
            </w:pPr>
            <w:r/>
          </w:p>
        </w:tc>
      </w:tr>
      <w:tr>
        <w:trPr>
          <w:trHeight w:val="397" w:hRule="atLeast"/>
        </w:trPr>
        <w:tc>
          <w:tcPr>
            <w:tcW w:type="dxa" w:w="2948"/>
          </w:tcPr>
          <w:p>
            <w:pPr>
              <w:spacing w:after="0"/>
              <w:jc w:val="left"/>
            </w:pPr>
            <w:r/>
            <w:r>
              <w:rPr>
                <w:b w:val="0"/>
                <w:i w:val="0"/>
                <w:sz w:val="20"/>
              </w:rPr>
              <w:t>İşveren / işveren vekiline bilgi</w:t>
            </w:r>
          </w:p>
        </w:tc>
        <w:tc>
          <w:tcPr>
            <w:tcW w:type="dxa" w:w="1814"/>
          </w:tcPr>
          <w:p>
            <w:pPr>
              <w:spacing w:after="0"/>
              <w:jc w:val="left"/>
            </w:pPr>
            <w:r/>
          </w:p>
        </w:tc>
        <w:tc>
          <w:tcPr>
            <w:tcW w:type="dxa" w:w="2041"/>
          </w:tcPr>
          <w:p>
            <w:pPr>
              <w:spacing w:after="0"/>
              <w:jc w:val="left"/>
            </w:pPr>
            <w:r/>
          </w:p>
        </w:tc>
        <w:tc>
          <w:tcPr>
            <w:tcW w:type="dxa" w:w="2835"/>
          </w:tcPr>
          <w:p>
            <w:pPr>
              <w:spacing w:after="0"/>
              <w:jc w:val="left"/>
            </w:pPr>
            <w:r/>
          </w:p>
        </w:tc>
      </w:tr>
      <w:tr>
        <w:trPr>
          <w:trHeight w:val="397" w:hRule="atLeast"/>
        </w:trPr>
        <w:tc>
          <w:tcPr>
            <w:tcW w:type="dxa" w:w="2948"/>
          </w:tcPr>
          <w:p>
            <w:pPr>
              <w:spacing w:after="0"/>
              <w:jc w:val="left"/>
            </w:pPr>
            <w:r/>
            <w:r>
              <w:rPr>
                <w:b w:val="0"/>
                <w:i w:val="0"/>
                <w:sz w:val="20"/>
              </w:rPr>
              <w:t>Onaylı deftere kayıt</w:t>
            </w:r>
          </w:p>
        </w:tc>
        <w:tc>
          <w:tcPr>
            <w:tcW w:type="dxa" w:w="1814"/>
          </w:tcPr>
          <w:p>
            <w:pPr>
              <w:spacing w:after="0"/>
              <w:jc w:val="left"/>
            </w:pPr>
            <w:r/>
          </w:p>
        </w:tc>
        <w:tc>
          <w:tcPr>
            <w:tcW w:type="dxa" w:w="2041"/>
          </w:tcPr>
          <w:p>
            <w:pPr>
              <w:spacing w:after="0"/>
              <w:jc w:val="left"/>
            </w:pPr>
            <w:r/>
          </w:p>
        </w:tc>
        <w:tc>
          <w:tcPr>
            <w:tcW w:type="dxa" w:w="2835"/>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9. EKLER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07"/>
        <w:gridCol w:w="2835"/>
        <w:gridCol w:w="1928"/>
        <w:gridCol w:w="3969"/>
      </w:tblGrid>
      <w:tr>
        <w:tc>
          <w:tcPr>
            <w:tcW w:type="dxa" w:w="907"/>
            <w:shd w:val="clear" w:color="auto" w:fill="E7E6E6"/>
          </w:tcPr>
          <w:p>
            <w:pPr>
              <w:spacing w:after="0"/>
              <w:jc w:val="left"/>
            </w:pPr>
            <w:r/>
            <w:r>
              <w:rPr>
                <w:b/>
                <w:i w:val="0"/>
                <w:sz w:val="20"/>
              </w:rPr>
              <w:t>Ek no</w:t>
            </w:r>
          </w:p>
        </w:tc>
        <w:tc>
          <w:tcPr>
            <w:tcW w:type="dxa" w:w="2835"/>
            <w:shd w:val="clear" w:color="auto" w:fill="E7E6E6"/>
          </w:tcPr>
          <w:p>
            <w:pPr>
              <w:spacing w:after="0"/>
              <w:jc w:val="left"/>
            </w:pPr>
            <w:r/>
            <w:r>
              <w:rPr>
                <w:b/>
                <w:i w:val="0"/>
                <w:sz w:val="20"/>
              </w:rPr>
              <w:t>Belge</w:t>
            </w:r>
          </w:p>
        </w:tc>
        <w:tc>
          <w:tcPr>
            <w:tcW w:type="dxa" w:w="1928"/>
            <w:shd w:val="clear" w:color="auto" w:fill="E7E6E6"/>
          </w:tcPr>
          <w:p>
            <w:pPr>
              <w:spacing w:after="0"/>
              <w:jc w:val="left"/>
            </w:pPr>
            <w:r/>
            <w:r>
              <w:rPr>
                <w:b/>
                <w:i w:val="0"/>
                <w:sz w:val="20"/>
              </w:rPr>
              <w:t>Durum (☐ Var ☐ Yok)</w:t>
            </w:r>
          </w:p>
        </w:tc>
        <w:tc>
          <w:tcPr>
            <w:tcW w:type="dxa" w:w="3969"/>
            <w:shd w:val="clear" w:color="auto" w:fill="E7E6E6"/>
          </w:tcPr>
          <w:p>
            <w:pPr>
              <w:spacing w:after="0"/>
              <w:jc w:val="left"/>
            </w:pPr>
            <w:r/>
            <w:r>
              <w:rPr>
                <w:b/>
                <w:i w:val="0"/>
                <w:sz w:val="20"/>
              </w:rPr>
              <w:t>Açıklama</w:t>
            </w:r>
          </w:p>
        </w:tc>
      </w:tr>
      <w:tr>
        <w:trPr>
          <w:trHeight w:val="397" w:hRule="atLeast"/>
        </w:trPr>
        <w:tc>
          <w:tcPr>
            <w:tcW w:type="dxa" w:w="907"/>
          </w:tcPr>
          <w:p>
            <w:pPr>
              <w:spacing w:after="0"/>
              <w:jc w:val="left"/>
            </w:pPr>
            <w:r/>
            <w:r>
              <w:rPr>
                <w:b w:val="0"/>
                <w:i w:val="0"/>
                <w:sz w:val="20"/>
              </w:rPr>
              <w:t>EK-1</w:t>
            </w:r>
          </w:p>
        </w:tc>
        <w:tc>
          <w:tcPr>
            <w:tcW w:type="dxa" w:w="2835"/>
          </w:tcPr>
          <w:p>
            <w:pPr>
              <w:spacing w:after="0"/>
              <w:jc w:val="left"/>
            </w:pPr>
            <w:r/>
            <w:r>
              <w:rPr>
                <w:b w:val="0"/>
                <w:i w:val="0"/>
                <w:sz w:val="20"/>
              </w:rPr>
              <w:t>Olay yeri krokisi</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EK-2</w:t>
            </w:r>
          </w:p>
        </w:tc>
        <w:tc>
          <w:tcPr>
            <w:tcW w:type="dxa" w:w="2835"/>
          </w:tcPr>
          <w:p>
            <w:pPr>
              <w:spacing w:after="0"/>
              <w:jc w:val="left"/>
            </w:pPr>
            <w:r/>
            <w:r>
              <w:rPr>
                <w:b w:val="0"/>
                <w:i w:val="0"/>
                <w:sz w:val="20"/>
              </w:rPr>
              <w:t>Fotoğraf listesi</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EK-3</w:t>
            </w:r>
          </w:p>
        </w:tc>
        <w:tc>
          <w:tcPr>
            <w:tcW w:type="dxa" w:w="2835"/>
          </w:tcPr>
          <w:p>
            <w:pPr>
              <w:spacing w:after="0"/>
              <w:jc w:val="left"/>
            </w:pPr>
            <w:r/>
            <w:r>
              <w:rPr>
                <w:b w:val="0"/>
                <w:i w:val="0"/>
                <w:sz w:val="20"/>
              </w:rPr>
              <w:t>Tanık 1 ifade formu</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EK-4</w:t>
            </w:r>
          </w:p>
        </w:tc>
        <w:tc>
          <w:tcPr>
            <w:tcW w:type="dxa" w:w="2835"/>
          </w:tcPr>
          <w:p>
            <w:pPr>
              <w:spacing w:after="0"/>
              <w:jc w:val="left"/>
            </w:pPr>
            <w:r/>
            <w:r>
              <w:rPr>
                <w:b w:val="0"/>
                <w:i w:val="0"/>
                <w:sz w:val="20"/>
              </w:rPr>
              <w:t>Tanık 2 ifade formu</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EK-5</w:t>
            </w:r>
          </w:p>
        </w:tc>
        <w:tc>
          <w:tcPr>
            <w:tcW w:type="dxa" w:w="2835"/>
          </w:tcPr>
          <w:p>
            <w:pPr>
              <w:spacing w:after="0"/>
              <w:jc w:val="left"/>
            </w:pPr>
            <w:r/>
            <w:r>
              <w:rPr>
                <w:b w:val="0"/>
                <w:i w:val="0"/>
                <w:sz w:val="20"/>
              </w:rPr>
              <w:t>Kamera kaydı kopyası</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EK-6</w:t>
            </w:r>
          </w:p>
        </w:tc>
        <w:tc>
          <w:tcPr>
            <w:tcW w:type="dxa" w:w="2835"/>
          </w:tcPr>
          <w:p>
            <w:pPr>
              <w:spacing w:after="0"/>
              <w:jc w:val="left"/>
            </w:pPr>
            <w:r/>
            <w:r>
              <w:rPr>
                <w:b w:val="0"/>
                <w:i w:val="0"/>
                <w:sz w:val="20"/>
              </w:rPr>
              <w:t>Ekipman bakım / kontrol kayıtları</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EK-7</w:t>
            </w:r>
          </w:p>
        </w:tc>
        <w:tc>
          <w:tcPr>
            <w:tcW w:type="dxa" w:w="2835"/>
          </w:tcPr>
          <w:p>
            <w:pPr>
              <w:spacing w:after="0"/>
              <w:jc w:val="left"/>
            </w:pPr>
            <w:r/>
            <w:r>
              <w:rPr>
                <w:b w:val="0"/>
                <w:i w:val="0"/>
                <w:sz w:val="20"/>
              </w:rPr>
              <w:t>Sağlık kuruluşu belgesi</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EK-8</w:t>
            </w:r>
          </w:p>
        </w:tc>
        <w:tc>
          <w:tcPr>
            <w:tcW w:type="dxa" w:w="2835"/>
          </w:tcPr>
          <w:p>
            <w:pPr>
              <w:spacing w:after="0"/>
              <w:jc w:val="left"/>
            </w:pPr>
            <w:r/>
            <w:r>
              <w:rPr>
                <w:b w:val="0"/>
                <w:i w:val="0"/>
                <w:sz w:val="20"/>
              </w:rPr>
              <w:t>SGK bildirim dökümü</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EK-9</w:t>
            </w:r>
          </w:p>
        </w:tc>
        <w:tc>
          <w:tcPr>
            <w:tcW w:type="dxa" w:w="2835"/>
          </w:tcPr>
          <w:p>
            <w:pPr>
              <w:spacing w:after="0"/>
              <w:jc w:val="left"/>
            </w:pPr>
            <w:r/>
            <w:r>
              <w:rPr>
                <w:b w:val="0"/>
                <w:i w:val="0"/>
                <w:sz w:val="20"/>
              </w:rPr>
              <w:t>Eğitim ve KKD zimmet kayıtları</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EK-10</w:t>
            </w:r>
          </w:p>
        </w:tc>
        <w:tc>
          <w:tcPr>
            <w:tcW w:type="dxa" w:w="2835"/>
          </w:tcPr>
          <w:p>
            <w:pPr>
              <w:spacing w:after="0"/>
              <w:jc w:val="left"/>
            </w:pPr>
            <w:r/>
            <w:r>
              <w:rPr>
                <w:b w:val="0"/>
                <w:i w:val="0"/>
                <w:sz w:val="20"/>
              </w:rPr>
              <w:t>Kazalı beyan formu</w:t>
            </w:r>
          </w:p>
        </w:tc>
        <w:tc>
          <w:tcPr>
            <w:tcW w:type="dxa" w:w="1928"/>
          </w:tcPr>
          <w:p>
            <w:pPr>
              <w:spacing w:after="0"/>
              <w:jc w:val="left"/>
            </w:pPr>
            <w:r/>
            <w:r>
              <w:rPr>
                <w:b w:val="0"/>
                <w:i w:val="0"/>
                <w:sz w:val="20"/>
              </w:rPr>
              <w:t>☐ Var ☐ Yok</w:t>
            </w:r>
          </w:p>
        </w:tc>
        <w:tc>
          <w:tcPr>
            <w:tcW w:type="dxa" w:w="3969"/>
          </w:tcPr>
          <w:p>
            <w:pPr>
              <w:spacing w:after="0"/>
              <w:jc w:val="left"/>
            </w:pPr>
            <w:r/>
          </w:p>
        </w:tc>
      </w:tr>
    </w:tbl>
    <w:p>
      <w:r>
        <w:br w:type="page"/>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KROKİ ALANI (EK-1)</w:t>
            </w:r>
          </w:p>
        </w:tc>
      </w:tr>
      <w:tr>
        <w:trPr>
          <w:trHeight w:val="6236" w:hRule="exact"/>
        </w:trPr>
        <w:tc>
          <w:tcPr>
            <w:tcW w:type="dxa" w:w="9638"/>
          </w:tcPr>
          <w:p/>
        </w:tc>
      </w:tr>
    </w:tbl>
    <w:p>
      <w:pPr>
        <w:spacing w:after="160" w:before="40"/>
        <w:jc w:val="left"/>
      </w:pPr>
      <w:r>
        <w:rPr>
          <w:b w:val="0"/>
          <w:i w:val="0"/>
          <w:sz w:val="16"/>
        </w:rPr>
        <w:t>Sabit referansı (kolon, kapı veya kuzey yönü), ölçüleri, ekipmanın ve kazalının konumunu ve tanıkların durduğu yerleri gösteriniz.</w:t>
      </w:r>
    </w:p>
    <w:p>
      <w:pPr>
        <w:keepNext/>
        <w:spacing w:after="40" w:before="0"/>
        <w:jc w:val="left"/>
      </w:pPr>
      <w:r>
        <w:rPr>
          <w:b/>
          <w:i w:val="0"/>
          <w:sz w:val="22"/>
        </w:rPr>
        <w:t>FOTOĞRAF LİSTESİ (EK-2)</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850"/>
        <w:gridCol w:w="2551"/>
        <w:gridCol w:w="1701"/>
        <w:gridCol w:w="4535"/>
      </w:tblGrid>
      <w:tr>
        <w:tc>
          <w:tcPr>
            <w:tcW w:type="dxa" w:w="850"/>
            <w:shd w:val="clear" w:color="auto" w:fill="E7E6E6"/>
          </w:tcPr>
          <w:p>
            <w:pPr>
              <w:spacing w:after="0"/>
              <w:jc w:val="left"/>
            </w:pPr>
            <w:r/>
            <w:r>
              <w:rPr>
                <w:b/>
                <w:i w:val="0"/>
                <w:sz w:val="20"/>
              </w:rPr>
              <w:t>Sıra</w:t>
            </w:r>
          </w:p>
        </w:tc>
        <w:tc>
          <w:tcPr>
            <w:tcW w:type="dxa" w:w="2551"/>
            <w:shd w:val="clear" w:color="auto" w:fill="E7E6E6"/>
          </w:tcPr>
          <w:p>
            <w:pPr>
              <w:spacing w:after="0"/>
              <w:jc w:val="left"/>
            </w:pPr>
            <w:r/>
            <w:r>
              <w:rPr>
                <w:b/>
                <w:i w:val="0"/>
                <w:sz w:val="20"/>
              </w:rPr>
              <w:t>Dosya adı</w:t>
            </w:r>
          </w:p>
        </w:tc>
        <w:tc>
          <w:tcPr>
            <w:tcW w:type="dxa" w:w="1701"/>
            <w:shd w:val="clear" w:color="auto" w:fill="E7E6E6"/>
          </w:tcPr>
          <w:p>
            <w:pPr>
              <w:spacing w:after="0"/>
              <w:jc w:val="left"/>
            </w:pPr>
            <w:r/>
            <w:r>
              <w:rPr>
                <w:b/>
                <w:i w:val="0"/>
                <w:sz w:val="20"/>
              </w:rPr>
              <w:t>Çekim saati</w:t>
            </w:r>
          </w:p>
        </w:tc>
        <w:tc>
          <w:tcPr>
            <w:tcW w:type="dxa" w:w="4535"/>
            <w:shd w:val="clear" w:color="auto" w:fill="E7E6E6"/>
          </w:tcPr>
          <w:p>
            <w:pPr>
              <w:spacing w:after="0"/>
              <w:jc w:val="left"/>
            </w:pPr>
            <w:r/>
            <w:r>
              <w:rPr>
                <w:b/>
                <w:i w:val="0"/>
                <w:sz w:val="20"/>
              </w:rPr>
              <w:t>Ne gösteriyor</w:t>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bl>
    <w:p>
      <w:r>
        <w:br w:type="page"/>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10. İMZALAR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835"/>
        <w:gridCol w:w="2551"/>
        <w:gridCol w:w="2551"/>
        <w:gridCol w:w="1701"/>
      </w:tblGrid>
      <w:tr>
        <w:tc>
          <w:tcPr>
            <w:tcW w:type="dxa" w:w="2835"/>
            <w:shd w:val="clear" w:color="auto" w:fill="E7E6E6"/>
          </w:tcPr>
          <w:p>
            <w:pPr>
              <w:spacing w:after="0"/>
              <w:jc w:val="left"/>
            </w:pPr>
            <w:r/>
            <w:r>
              <w:rPr>
                <w:b/>
                <w:i w:val="0"/>
                <w:sz w:val="20"/>
              </w:rPr>
              <w:t>Görevi</w:t>
            </w:r>
          </w:p>
        </w:tc>
        <w:tc>
          <w:tcPr>
            <w:tcW w:type="dxa" w:w="2551"/>
            <w:shd w:val="clear" w:color="auto" w:fill="E7E6E6"/>
          </w:tcPr>
          <w:p>
            <w:pPr>
              <w:spacing w:after="0"/>
              <w:jc w:val="left"/>
            </w:pPr>
            <w:r/>
            <w:r>
              <w:rPr>
                <w:b/>
                <w:i w:val="0"/>
                <w:sz w:val="20"/>
              </w:rPr>
              <w:t>Adı soyadı</w:t>
            </w:r>
          </w:p>
        </w:tc>
        <w:tc>
          <w:tcPr>
            <w:tcW w:type="dxa" w:w="2551"/>
            <w:shd w:val="clear" w:color="auto" w:fill="E7E6E6"/>
          </w:tcPr>
          <w:p>
            <w:pPr>
              <w:spacing w:after="0"/>
              <w:jc w:val="left"/>
            </w:pPr>
            <w:r/>
            <w:r>
              <w:rPr>
                <w:b/>
                <w:i w:val="0"/>
                <w:sz w:val="20"/>
              </w:rPr>
              <w:t>İmza</w:t>
            </w:r>
          </w:p>
        </w:tc>
        <w:tc>
          <w:tcPr>
            <w:tcW w:type="dxa" w:w="1701"/>
            <w:shd w:val="clear" w:color="auto" w:fill="E7E6E6"/>
          </w:tcPr>
          <w:p>
            <w:pPr>
              <w:spacing w:after="0"/>
              <w:jc w:val="left"/>
            </w:pPr>
            <w:r/>
            <w:r>
              <w:rPr>
                <w:b/>
                <w:i w:val="0"/>
                <w:sz w:val="20"/>
              </w:rPr>
              <w:t>Tarih</w:t>
            </w:r>
          </w:p>
        </w:tc>
      </w:tr>
      <w:tr>
        <w:trPr>
          <w:trHeight w:val="510" w:hRule="atLeast"/>
        </w:trPr>
        <w:tc>
          <w:tcPr>
            <w:tcW w:type="dxa" w:w="2835"/>
          </w:tcPr>
          <w:p>
            <w:pPr>
              <w:spacing w:after="0"/>
              <w:jc w:val="left"/>
            </w:pPr>
            <w:r/>
            <w:r>
              <w:rPr>
                <w:b w:val="0"/>
                <w:i w:val="0"/>
                <w:sz w:val="20"/>
              </w:rPr>
              <w:t>Düzenleyen (bölüm amiri / şantiye şefi)</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İş güvenliği uzmanı</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İşyeri hekimi / diğer sağlık personeli</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Tanık 1</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Tanık 2</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Kazalı</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Çalışan temsilcisi (varsa)</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İşveren / işveren vekili</w:t>
            </w:r>
          </w:p>
        </w:tc>
        <w:tc>
          <w:tcPr>
            <w:tcW w:type="dxa" w:w="2551"/>
          </w:tcPr>
          <w:p>
            <w:pPr>
              <w:spacing w:after="0"/>
              <w:jc w:val="left"/>
            </w:pPr>
            <w:r/>
          </w:p>
        </w:tc>
        <w:tc>
          <w:tcPr>
            <w:tcW w:type="dxa" w:w="2551"/>
          </w:tcPr>
          <w:p>
            <w:pPr>
              <w:spacing w:after="0"/>
              <w:jc w:val="left"/>
            </w:pPr>
            <w:r/>
          </w:p>
        </w:tc>
        <w:tc>
          <w:tcPr>
            <w:tcW w:type="dxa" w:w="1701"/>
          </w:tcPr>
          <w:p>
            <w:pPr>
              <w:spacing w:after="0"/>
              <w:jc w:val="left"/>
            </w:pPr>
            <w:r/>
          </w:p>
        </w:tc>
      </w:tr>
    </w:tbl>
    <w:p>
      <w:pPr>
        <w:spacing w:after="40" w:before="120"/>
        <w:jc w:val="left"/>
      </w:pPr>
      <w:r>
        <w:rPr>
          <w:b/>
          <w:i w:val="0"/>
          <w:sz w:val="20"/>
        </w:rPr>
        <w:t>İmza atamayan veya imzadan kaçınan kişi ve gerekçesi: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rPr>
          <w:trHeight w:val="680" w:hRule="atLeast"/>
        </w:trPr>
        <w:tc>
          <w:tcPr>
            <w:tcW w:type="dxa" w:w="9638"/>
          </w:tcPr>
          <w:p>
            <w:pPr>
              <w:spacing w:after="0"/>
              <w:jc w:val="left"/>
            </w:pPr>
            <w:r/>
          </w:p>
        </w:tc>
      </w:tr>
    </w:tbl>
    <w:p>
      <w:pPr>
        <w:sectPr>
          <w:headerReference w:type="default" r:id="rId9"/>
          <w:footerReference w:type="default" r:id="rId10"/>
          <w:pgSz w:w="11906" w:h="16838"/>
          <w:pgMar w:top="1134" w:right="1134" w:bottom="1134" w:left="1134" w:header="454" w:footer="454" w:gutter="0"/>
          <w:cols w:space="720"/>
          <w:docGrid w:linePitch="360"/>
        </w:sectPr>
      </w:pPr>
    </w:p>
    <w:p>
      <w:pPr>
        <w:spacing w:after="80" w:before="0"/>
        <w:jc w:val="center"/>
      </w:pPr>
      <w:r>
        <w:rPr>
          <w:b/>
          <w:i w:val="0"/>
          <w:sz w:val="28"/>
        </w:rPr>
        <w:t>İŞ KAZASI TUTANAĞI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09"/>
        <w:gridCol w:w="2409"/>
        <w:gridCol w:w="2409"/>
        <w:gridCol w:w="2409"/>
      </w:tblGrid>
      <w:tr>
        <w:tc>
          <w:tcPr>
            <w:tcW w:type="dxa" w:w="2409"/>
          </w:tcPr>
          <w:p>
            <w:pPr>
              <w:spacing w:after="0"/>
              <w:jc w:val="left"/>
            </w:pPr>
            <w:r/>
            <w:r>
              <w:rPr>
                <w:b w:val="0"/>
                <w:i w:val="0"/>
                <w:sz w:val="19"/>
              </w:rPr>
              <w:t>Düzenlenme tarihi: 05.10.2026</w:t>
            </w:r>
          </w:p>
        </w:tc>
        <w:tc>
          <w:tcPr>
            <w:tcW w:type="dxa" w:w="2409"/>
          </w:tcPr>
          <w:p>
            <w:pPr>
              <w:spacing w:after="0"/>
              <w:jc w:val="left"/>
            </w:pPr>
            <w:r/>
            <w:r>
              <w:rPr>
                <w:b w:val="0"/>
                <w:i w:val="0"/>
                <w:sz w:val="19"/>
              </w:rPr>
              <w:t>Başlangıç saati: 11.20</w:t>
            </w:r>
          </w:p>
        </w:tc>
        <w:tc>
          <w:tcPr>
            <w:tcW w:type="dxa" w:w="2409"/>
          </w:tcPr>
          <w:p>
            <w:pPr>
              <w:spacing w:after="0"/>
              <w:jc w:val="left"/>
            </w:pPr>
            <w:r/>
            <w:r>
              <w:rPr>
                <w:b w:val="0"/>
                <w:i w:val="0"/>
                <w:sz w:val="19"/>
              </w:rPr>
              <w:t>Tamamlanma saati: 16.30</w:t>
            </w:r>
          </w:p>
        </w:tc>
        <w:tc>
          <w:tcPr>
            <w:tcW w:type="dxa" w:w="2409"/>
          </w:tcPr>
          <w:p>
            <w:pPr>
              <w:spacing w:after="0"/>
              <w:jc w:val="left"/>
            </w:pPr>
            <w:r/>
            <w:r>
              <w:rPr>
                <w:b w:val="0"/>
                <w:i w:val="0"/>
                <w:sz w:val="19"/>
              </w:rPr>
              <w:t>Düzenlendiği yer: Şantiye ofisi</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1. İŞYERİ VE SGK SİCİL BİLGİLERİ</w:t>
            </w:r>
          </w:p>
        </w:tc>
      </w:tr>
      <w:tr>
        <w:trPr>
          <w:trHeight w:val="454" w:hRule="atLeast"/>
        </w:trPr>
        <w:tc>
          <w:tcPr>
            <w:tcW w:type="dxa" w:w="3373"/>
          </w:tcPr>
          <w:p>
            <w:pPr>
              <w:spacing w:after="0"/>
              <w:jc w:val="left"/>
            </w:pPr>
            <w:r/>
            <w:r>
              <w:rPr>
                <w:b/>
                <w:i w:val="0"/>
                <w:sz w:val="20"/>
              </w:rPr>
              <w:t>İşyeri unvanı</w:t>
            </w:r>
          </w:p>
        </w:tc>
        <w:tc>
          <w:tcPr>
            <w:tcW w:type="dxa" w:w="6265"/>
          </w:tcPr>
          <w:p>
            <w:pPr>
              <w:spacing w:after="0"/>
              <w:jc w:val="left"/>
            </w:pPr>
            <w:r/>
            <w:r>
              <w:rPr>
                <w:b w:val="0"/>
                <w:i w:val="0"/>
                <w:sz w:val="20"/>
              </w:rPr>
              <w:t>ABC Yapı İnşaat Ltd. Şti.</w:t>
            </w:r>
          </w:p>
        </w:tc>
      </w:tr>
      <w:tr>
        <w:trPr>
          <w:trHeight w:val="454" w:hRule="atLeast"/>
        </w:trPr>
        <w:tc>
          <w:tcPr>
            <w:tcW w:type="dxa" w:w="3373"/>
          </w:tcPr>
          <w:p>
            <w:pPr>
              <w:spacing w:after="0"/>
              <w:jc w:val="left"/>
            </w:pPr>
            <w:r/>
            <w:r>
              <w:rPr>
                <w:b/>
                <w:i w:val="0"/>
                <w:sz w:val="20"/>
              </w:rPr>
              <w:t>İşyeri adresi</w:t>
            </w:r>
          </w:p>
        </w:tc>
        <w:tc>
          <w:tcPr>
            <w:tcW w:type="dxa" w:w="6265"/>
          </w:tcPr>
          <w:p>
            <w:pPr>
              <w:spacing w:after="0"/>
              <w:jc w:val="left"/>
            </w:pPr>
            <w:r/>
            <w:r>
              <w:rPr>
                <w:b w:val="0"/>
                <w:i w:val="0"/>
                <w:sz w:val="20"/>
              </w:rPr>
              <w:t>Konut projesi şantiyesi, Bursa (kurgusal)</w:t>
            </w:r>
          </w:p>
        </w:tc>
      </w:tr>
      <w:tr>
        <w:trPr>
          <w:trHeight w:val="454" w:hRule="atLeast"/>
        </w:trPr>
        <w:tc>
          <w:tcPr>
            <w:tcW w:type="dxa" w:w="3373"/>
          </w:tcPr>
          <w:p>
            <w:pPr>
              <w:spacing w:after="0"/>
              <w:jc w:val="left"/>
            </w:pPr>
            <w:r/>
            <w:r>
              <w:rPr>
                <w:b/>
                <w:i w:val="0"/>
                <w:sz w:val="20"/>
              </w:rPr>
              <w:t>SGK işyeri sicil numarası</w:t>
            </w:r>
          </w:p>
        </w:tc>
        <w:tc>
          <w:tcPr>
            <w:tcW w:type="dxa" w:w="6265"/>
          </w:tcPr>
          <w:p>
            <w:pPr>
              <w:spacing w:after="0"/>
              <w:jc w:val="left"/>
            </w:pPr>
            <w:r/>
            <w:r>
              <w:rPr>
                <w:b w:val="0"/>
                <w:i w:val="0"/>
                <w:sz w:val="20"/>
              </w:rPr>
              <w:t>örnekte yazılmamıştır</w:t>
            </w:r>
          </w:p>
        </w:tc>
      </w:tr>
      <w:tr>
        <w:trPr>
          <w:trHeight w:val="454" w:hRule="atLeast"/>
        </w:trPr>
        <w:tc>
          <w:tcPr>
            <w:tcW w:type="dxa" w:w="3373"/>
          </w:tcPr>
          <w:p>
            <w:pPr>
              <w:spacing w:after="0"/>
              <w:jc w:val="left"/>
            </w:pPr>
            <w:r/>
            <w:r>
              <w:rPr>
                <w:b/>
                <w:i w:val="0"/>
                <w:sz w:val="20"/>
              </w:rPr>
              <w:t>NACE kodu ve faaliyet</w:t>
            </w:r>
          </w:p>
        </w:tc>
        <w:tc>
          <w:tcPr>
            <w:tcW w:type="dxa" w:w="6265"/>
          </w:tcPr>
          <w:p>
            <w:pPr>
              <w:spacing w:after="0"/>
              <w:jc w:val="left"/>
            </w:pPr>
            <w:r/>
            <w:r>
              <w:rPr>
                <w:b w:val="0"/>
                <w:i w:val="0"/>
                <w:sz w:val="20"/>
              </w:rPr>
              <w:t>İkamet amaçlı bina inşaatı (kod örnekte yazılmamıştır)</w:t>
            </w:r>
          </w:p>
        </w:tc>
      </w:tr>
      <w:tr>
        <w:trPr>
          <w:trHeight w:val="454" w:hRule="atLeast"/>
        </w:trPr>
        <w:tc>
          <w:tcPr>
            <w:tcW w:type="dxa" w:w="3373"/>
          </w:tcPr>
          <w:p>
            <w:pPr>
              <w:spacing w:after="0"/>
              <w:jc w:val="left"/>
            </w:pPr>
            <w:r/>
            <w:r>
              <w:rPr>
                <w:b/>
                <w:i w:val="0"/>
                <w:sz w:val="20"/>
              </w:rPr>
              <w:t>Tehlike sınıfı</w:t>
            </w:r>
          </w:p>
        </w:tc>
        <w:tc>
          <w:tcPr>
            <w:tcW w:type="dxa" w:w="6265"/>
          </w:tcPr>
          <w:p>
            <w:pPr>
              <w:spacing w:after="0"/>
              <w:jc w:val="left"/>
            </w:pPr>
            <w:r/>
            <w:r>
              <w:rPr>
                <w:b w:val="0"/>
                <w:i w:val="0"/>
                <w:sz w:val="20"/>
              </w:rPr>
              <w:t>☐ Az tehlikeli   ☐ Tehlikeli   ☒ Çok tehlikeli</w:t>
            </w:r>
          </w:p>
        </w:tc>
      </w:tr>
      <w:tr>
        <w:trPr>
          <w:trHeight w:val="454" w:hRule="atLeast"/>
        </w:trPr>
        <w:tc>
          <w:tcPr>
            <w:tcW w:type="dxa" w:w="3373"/>
          </w:tcPr>
          <w:p>
            <w:pPr>
              <w:spacing w:after="0"/>
              <w:jc w:val="left"/>
            </w:pPr>
            <w:r/>
            <w:r>
              <w:rPr>
                <w:b/>
                <w:i w:val="0"/>
                <w:sz w:val="20"/>
              </w:rPr>
              <w:t>Çalışan sayısı</w:t>
            </w:r>
          </w:p>
        </w:tc>
        <w:tc>
          <w:tcPr>
            <w:tcW w:type="dxa" w:w="6265"/>
          </w:tcPr>
          <w:p>
            <w:pPr>
              <w:spacing w:after="0"/>
              <w:jc w:val="left"/>
            </w:pPr>
            <w:r/>
            <w:r>
              <w:rPr>
                <w:b w:val="0"/>
                <w:i w:val="0"/>
                <w:sz w:val="20"/>
              </w:rPr>
              <w:t>64</w:t>
            </w:r>
          </w:p>
        </w:tc>
      </w:tr>
      <w:tr>
        <w:trPr>
          <w:trHeight w:val="454" w:hRule="atLeast"/>
        </w:trPr>
        <w:tc>
          <w:tcPr>
            <w:tcW w:type="dxa" w:w="3373"/>
          </w:tcPr>
          <w:p>
            <w:pPr>
              <w:spacing w:after="0"/>
              <w:jc w:val="left"/>
            </w:pPr>
            <w:r/>
            <w:r>
              <w:rPr>
                <w:b/>
                <w:i w:val="0"/>
                <w:sz w:val="20"/>
              </w:rPr>
              <w:t>Çalışma saatleri / vardiya düzeni</w:t>
            </w:r>
          </w:p>
        </w:tc>
        <w:tc>
          <w:tcPr>
            <w:tcW w:type="dxa" w:w="6265"/>
          </w:tcPr>
          <w:p>
            <w:pPr>
              <w:spacing w:after="0"/>
              <w:jc w:val="left"/>
            </w:pPr>
            <w:r/>
            <w:r>
              <w:rPr>
                <w:b w:val="0"/>
                <w:i w:val="0"/>
                <w:sz w:val="20"/>
              </w:rPr>
              <w:t>08.00-18.00, tek vardiya</w:t>
            </w:r>
          </w:p>
        </w:tc>
      </w:tr>
      <w:tr>
        <w:trPr>
          <w:trHeight w:val="454" w:hRule="atLeast"/>
        </w:trPr>
        <w:tc>
          <w:tcPr>
            <w:tcW w:type="dxa" w:w="3373"/>
          </w:tcPr>
          <w:p>
            <w:pPr>
              <w:spacing w:after="0"/>
              <w:jc w:val="left"/>
            </w:pPr>
            <w:r/>
            <w:r>
              <w:rPr>
                <w:b/>
                <w:i w:val="0"/>
                <w:sz w:val="20"/>
              </w:rPr>
              <w:t>İşveren veya işveren vekili (adı soyadı, görevi)</w:t>
            </w:r>
          </w:p>
        </w:tc>
        <w:tc>
          <w:tcPr>
            <w:tcW w:type="dxa" w:w="6265"/>
          </w:tcPr>
          <w:p>
            <w:pPr>
              <w:spacing w:after="0"/>
              <w:jc w:val="left"/>
            </w:pPr>
            <w:r/>
            <w:r>
              <w:rPr>
                <w:b w:val="0"/>
                <w:i w:val="0"/>
                <w:sz w:val="20"/>
              </w:rPr>
              <w:t>Serkan Tunç, proje müdürü (işveren vekili)</w:t>
            </w:r>
          </w:p>
        </w:tc>
      </w:tr>
      <w:tr>
        <w:trPr>
          <w:trHeight w:val="454" w:hRule="atLeast"/>
        </w:trPr>
        <w:tc>
          <w:tcPr>
            <w:tcW w:type="dxa" w:w="3373"/>
          </w:tcPr>
          <w:p>
            <w:pPr>
              <w:spacing w:after="0"/>
              <w:jc w:val="left"/>
            </w:pPr>
            <w:r/>
            <w:r>
              <w:rPr>
                <w:b/>
                <w:i w:val="0"/>
                <w:sz w:val="20"/>
              </w:rPr>
              <w:t>İş güvenliği uzmanı (adı soyadı, belge sınıfı)</w:t>
            </w:r>
          </w:p>
        </w:tc>
        <w:tc>
          <w:tcPr>
            <w:tcW w:type="dxa" w:w="6265"/>
          </w:tcPr>
          <w:p>
            <w:pPr>
              <w:spacing w:after="0"/>
              <w:jc w:val="left"/>
            </w:pPr>
            <w:r/>
            <w:r>
              <w:rPr>
                <w:b w:val="0"/>
                <w:i w:val="0"/>
                <w:sz w:val="20"/>
              </w:rPr>
              <w:t>Elif Şahin, C sınıfı iş güvenliği uzmanı</w:t>
            </w:r>
          </w:p>
        </w:tc>
      </w:tr>
      <w:tr>
        <w:trPr>
          <w:trHeight w:val="454" w:hRule="atLeast"/>
        </w:trPr>
        <w:tc>
          <w:tcPr>
            <w:tcW w:type="dxa" w:w="3373"/>
          </w:tcPr>
          <w:p>
            <w:pPr>
              <w:spacing w:after="0"/>
              <w:jc w:val="left"/>
            </w:pPr>
            <w:r/>
            <w:r>
              <w:rPr>
                <w:b/>
                <w:i w:val="0"/>
                <w:sz w:val="20"/>
              </w:rPr>
              <w:t>İşyeri hekimi (adı soyadı)</w:t>
            </w:r>
          </w:p>
        </w:tc>
        <w:tc>
          <w:tcPr>
            <w:tcW w:type="dxa" w:w="6265"/>
          </w:tcPr>
          <w:p>
            <w:pPr>
              <w:spacing w:after="0"/>
              <w:jc w:val="left"/>
            </w:pPr>
            <w:r/>
            <w:r>
              <w:rPr>
                <w:b w:val="0"/>
                <w:i w:val="0"/>
                <w:sz w:val="20"/>
              </w:rPr>
              <w:t>Dr. Can Yalçın</w:t>
            </w:r>
          </w:p>
        </w:tc>
      </w:tr>
      <w:tr>
        <w:trPr>
          <w:trHeight w:val="454" w:hRule="atLeast"/>
        </w:trPr>
        <w:tc>
          <w:tcPr>
            <w:tcW w:type="dxa" w:w="3373"/>
          </w:tcPr>
          <w:p>
            <w:pPr>
              <w:spacing w:after="0"/>
              <w:jc w:val="left"/>
            </w:pPr>
            <w:r/>
            <w:r>
              <w:rPr>
                <w:b/>
                <w:i w:val="0"/>
                <w:sz w:val="20"/>
              </w:rPr>
              <w:t>Kazanın olduğu bölüm / birim</w:t>
            </w:r>
          </w:p>
        </w:tc>
        <w:tc>
          <w:tcPr>
            <w:tcW w:type="dxa" w:w="6265"/>
          </w:tcPr>
          <w:p>
            <w:pPr>
              <w:spacing w:after="0"/>
              <w:jc w:val="left"/>
            </w:pPr>
            <w:r/>
            <w:r>
              <w:rPr>
                <w:b w:val="0"/>
                <w:i w:val="0"/>
                <w:sz w:val="20"/>
              </w:rPr>
              <w:t>B Blok, ince işler</w:t>
            </w:r>
          </w:p>
        </w:tc>
      </w:tr>
      <w:tr>
        <w:trPr>
          <w:trHeight w:val="454" w:hRule="atLeast"/>
        </w:trPr>
        <w:tc>
          <w:tcPr>
            <w:tcW w:type="dxa" w:w="3373"/>
          </w:tcPr>
          <w:p>
            <w:pPr>
              <w:spacing w:after="0"/>
              <w:jc w:val="left"/>
            </w:pPr>
            <w:r/>
            <w:r>
              <w:rPr>
                <w:b/>
                <w:i w:val="0"/>
                <w:sz w:val="20"/>
              </w:rPr>
              <w:t>Kazalının işvereni</w:t>
            </w:r>
          </w:p>
        </w:tc>
        <w:tc>
          <w:tcPr>
            <w:tcW w:type="dxa" w:w="6265"/>
          </w:tcPr>
          <w:p>
            <w:pPr>
              <w:spacing w:after="0"/>
              <w:jc w:val="left"/>
            </w:pPr>
            <w:r/>
            <w:r>
              <w:rPr>
                <w:b w:val="0"/>
                <w:i w:val="0"/>
                <w:sz w:val="20"/>
              </w:rPr>
              <w:t>☒ Asıl işveren   ☐ Alt işveren (unvanı: ..................)</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2. KAZALININ BİLGİLERİ</w:t>
            </w:r>
          </w:p>
        </w:tc>
      </w:tr>
      <w:tr>
        <w:trPr>
          <w:trHeight w:val="454" w:hRule="atLeast"/>
        </w:trPr>
        <w:tc>
          <w:tcPr>
            <w:tcW w:type="dxa" w:w="3373"/>
          </w:tcPr>
          <w:p>
            <w:pPr>
              <w:spacing w:after="0"/>
              <w:jc w:val="left"/>
            </w:pPr>
            <w:r/>
            <w:r>
              <w:rPr>
                <w:b/>
                <w:i w:val="0"/>
                <w:sz w:val="20"/>
              </w:rPr>
              <w:t>Adı soyadı</w:t>
            </w:r>
          </w:p>
        </w:tc>
        <w:tc>
          <w:tcPr>
            <w:tcW w:type="dxa" w:w="6265"/>
          </w:tcPr>
          <w:p>
            <w:pPr>
              <w:spacing w:after="0"/>
              <w:jc w:val="left"/>
            </w:pPr>
            <w:r/>
            <w:r>
              <w:rPr>
                <w:b w:val="0"/>
                <w:i w:val="0"/>
                <w:sz w:val="20"/>
              </w:rPr>
              <w:t>Emre Karakaya</w:t>
            </w:r>
          </w:p>
        </w:tc>
      </w:tr>
      <w:tr>
        <w:trPr>
          <w:trHeight w:val="454" w:hRule="atLeast"/>
        </w:trPr>
        <w:tc>
          <w:tcPr>
            <w:tcW w:type="dxa" w:w="3373"/>
          </w:tcPr>
          <w:p>
            <w:pPr>
              <w:spacing w:after="0"/>
              <w:jc w:val="left"/>
            </w:pPr>
            <w:r/>
            <w:r>
              <w:rPr>
                <w:b/>
                <w:i w:val="0"/>
                <w:sz w:val="20"/>
              </w:rPr>
              <w:t>T.C. kimlik numarası</w:t>
            </w:r>
          </w:p>
        </w:tc>
        <w:tc>
          <w:tcPr>
            <w:tcW w:type="dxa" w:w="6265"/>
          </w:tcPr>
          <w:p>
            <w:pPr>
              <w:spacing w:after="0"/>
              <w:jc w:val="left"/>
            </w:pPr>
            <w:r/>
            <w:r>
              <w:rPr>
                <w:b w:val="0"/>
                <w:i w:val="0"/>
                <w:sz w:val="20"/>
              </w:rPr>
              <w:t>örnekte yazılmamıştır</w:t>
            </w:r>
          </w:p>
        </w:tc>
      </w:tr>
      <w:tr>
        <w:trPr>
          <w:trHeight w:val="454" w:hRule="atLeast"/>
        </w:trPr>
        <w:tc>
          <w:tcPr>
            <w:tcW w:type="dxa" w:w="3373"/>
          </w:tcPr>
          <w:p>
            <w:pPr>
              <w:spacing w:after="0"/>
              <w:jc w:val="left"/>
            </w:pPr>
            <w:r/>
            <w:r>
              <w:rPr>
                <w:b/>
                <w:i w:val="0"/>
                <w:sz w:val="20"/>
              </w:rPr>
              <w:t>Doğum tarihi</w:t>
            </w:r>
          </w:p>
        </w:tc>
        <w:tc>
          <w:tcPr>
            <w:tcW w:type="dxa" w:w="6265"/>
          </w:tcPr>
          <w:p>
            <w:pPr>
              <w:spacing w:after="0"/>
              <w:jc w:val="left"/>
            </w:pPr>
            <w:r/>
            <w:r>
              <w:rPr>
                <w:b w:val="0"/>
                <w:i w:val="0"/>
                <w:sz w:val="20"/>
              </w:rPr>
              <w:t>14.06.1992</w:t>
            </w:r>
          </w:p>
        </w:tc>
      </w:tr>
      <w:tr>
        <w:trPr>
          <w:trHeight w:val="454" w:hRule="atLeast"/>
        </w:trPr>
        <w:tc>
          <w:tcPr>
            <w:tcW w:type="dxa" w:w="3373"/>
          </w:tcPr>
          <w:p>
            <w:pPr>
              <w:spacing w:after="0"/>
              <w:jc w:val="left"/>
            </w:pPr>
            <w:r/>
            <w:r>
              <w:rPr>
                <w:b/>
                <w:i w:val="0"/>
                <w:sz w:val="20"/>
              </w:rPr>
              <w:t>Telefon</w:t>
            </w:r>
          </w:p>
        </w:tc>
        <w:tc>
          <w:tcPr>
            <w:tcW w:type="dxa" w:w="6265"/>
          </w:tcPr>
          <w:p>
            <w:pPr>
              <w:spacing w:after="0"/>
              <w:jc w:val="left"/>
            </w:pPr>
            <w:r/>
            <w:r>
              <w:rPr>
                <w:b w:val="0"/>
                <w:i w:val="0"/>
                <w:sz w:val="20"/>
              </w:rPr>
              <w:t>örnekte yazılmamıştır</w:t>
            </w:r>
          </w:p>
        </w:tc>
      </w:tr>
      <w:tr>
        <w:trPr>
          <w:trHeight w:val="454" w:hRule="atLeast"/>
        </w:trPr>
        <w:tc>
          <w:tcPr>
            <w:tcW w:type="dxa" w:w="3373"/>
          </w:tcPr>
          <w:p>
            <w:pPr>
              <w:spacing w:after="0"/>
              <w:jc w:val="left"/>
            </w:pPr>
            <w:r/>
            <w:r>
              <w:rPr>
                <w:b/>
                <w:i w:val="0"/>
                <w:sz w:val="20"/>
              </w:rPr>
              <w:t>Esas işi / mesleği</w:t>
            </w:r>
          </w:p>
        </w:tc>
        <w:tc>
          <w:tcPr>
            <w:tcW w:type="dxa" w:w="6265"/>
          </w:tcPr>
          <w:p>
            <w:pPr>
              <w:spacing w:after="0"/>
              <w:jc w:val="left"/>
            </w:pPr>
            <w:r/>
            <w:r>
              <w:rPr>
                <w:b w:val="0"/>
                <w:i w:val="0"/>
                <w:sz w:val="20"/>
              </w:rPr>
              <w:t>Sıvacı</w:t>
            </w:r>
          </w:p>
        </w:tc>
      </w:tr>
      <w:tr>
        <w:trPr>
          <w:trHeight w:val="454" w:hRule="atLeast"/>
        </w:trPr>
        <w:tc>
          <w:tcPr>
            <w:tcW w:type="dxa" w:w="3373"/>
          </w:tcPr>
          <w:p>
            <w:pPr>
              <w:spacing w:after="0"/>
              <w:jc w:val="left"/>
            </w:pPr>
            <w:r/>
            <w:r>
              <w:rPr>
                <w:b/>
                <w:i w:val="0"/>
                <w:sz w:val="20"/>
              </w:rPr>
              <w:t>İşyerindeki görevi</w:t>
            </w:r>
          </w:p>
        </w:tc>
        <w:tc>
          <w:tcPr>
            <w:tcW w:type="dxa" w:w="6265"/>
          </w:tcPr>
          <w:p>
            <w:pPr>
              <w:spacing w:after="0"/>
              <w:jc w:val="left"/>
            </w:pPr>
            <w:r/>
            <w:r>
              <w:rPr>
                <w:b w:val="0"/>
                <w:i w:val="0"/>
                <w:sz w:val="20"/>
              </w:rPr>
              <w:t>Sıva ustası</w:t>
            </w:r>
          </w:p>
        </w:tc>
      </w:tr>
      <w:tr>
        <w:trPr>
          <w:trHeight w:val="454" w:hRule="atLeast"/>
        </w:trPr>
        <w:tc>
          <w:tcPr>
            <w:tcW w:type="dxa" w:w="3373"/>
          </w:tcPr>
          <w:p>
            <w:pPr>
              <w:spacing w:after="0"/>
              <w:jc w:val="left"/>
            </w:pPr>
            <w:r/>
            <w:r>
              <w:rPr>
                <w:b/>
                <w:i w:val="0"/>
                <w:sz w:val="20"/>
              </w:rPr>
              <w:t>Çalışma statüsü</w:t>
            </w:r>
          </w:p>
        </w:tc>
        <w:tc>
          <w:tcPr>
            <w:tcW w:type="dxa" w:w="6265"/>
          </w:tcPr>
          <w:p>
            <w:pPr>
              <w:spacing w:after="0"/>
              <w:jc w:val="left"/>
            </w:pPr>
            <w:r/>
            <w:r>
              <w:rPr>
                <w:b w:val="0"/>
                <w:i w:val="0"/>
                <w:sz w:val="20"/>
              </w:rPr>
              <w:t>☒ İşçi   ☐ Stajyer   ☐ Çırak   ☐ İŞKUR kursiyeri   ☐ Diğer</w:t>
            </w:r>
          </w:p>
        </w:tc>
      </w:tr>
      <w:tr>
        <w:trPr>
          <w:trHeight w:val="454" w:hRule="atLeast"/>
        </w:trPr>
        <w:tc>
          <w:tcPr>
            <w:tcW w:type="dxa" w:w="3373"/>
          </w:tcPr>
          <w:p>
            <w:pPr>
              <w:spacing w:after="0"/>
              <w:jc w:val="left"/>
            </w:pPr>
            <w:r/>
            <w:r>
              <w:rPr>
                <w:b/>
                <w:i w:val="0"/>
                <w:sz w:val="20"/>
              </w:rPr>
              <w:t>İşe giriş tarihi</w:t>
            </w:r>
          </w:p>
        </w:tc>
        <w:tc>
          <w:tcPr>
            <w:tcW w:type="dxa" w:w="6265"/>
          </w:tcPr>
          <w:p>
            <w:pPr>
              <w:spacing w:after="0"/>
              <w:jc w:val="left"/>
            </w:pPr>
            <w:r/>
            <w:r>
              <w:rPr>
                <w:b w:val="0"/>
                <w:i w:val="0"/>
                <w:sz w:val="20"/>
              </w:rPr>
              <w:t>02.03.2026</w:t>
            </w:r>
          </w:p>
        </w:tc>
      </w:tr>
      <w:tr>
        <w:trPr>
          <w:trHeight w:val="454" w:hRule="atLeast"/>
        </w:trPr>
        <w:tc>
          <w:tcPr>
            <w:tcW w:type="dxa" w:w="3373"/>
          </w:tcPr>
          <w:p>
            <w:pPr>
              <w:spacing w:after="0"/>
              <w:jc w:val="left"/>
            </w:pPr>
            <w:r/>
            <w:r>
              <w:rPr>
                <w:b/>
                <w:i w:val="0"/>
                <w:sz w:val="20"/>
              </w:rPr>
              <w:t>Bu işteki deneyimi (yıl)</w:t>
            </w:r>
          </w:p>
        </w:tc>
        <w:tc>
          <w:tcPr>
            <w:tcW w:type="dxa" w:w="6265"/>
          </w:tcPr>
          <w:p>
            <w:pPr>
              <w:spacing w:after="0"/>
              <w:jc w:val="left"/>
            </w:pPr>
            <w:r/>
            <w:r>
              <w:rPr>
                <w:b w:val="0"/>
                <w:i w:val="0"/>
                <w:sz w:val="20"/>
              </w:rPr>
              <w:t>9 yıl</w:t>
            </w:r>
          </w:p>
        </w:tc>
      </w:tr>
      <w:tr>
        <w:trPr>
          <w:trHeight w:val="454" w:hRule="atLeast"/>
        </w:trPr>
        <w:tc>
          <w:tcPr>
            <w:tcW w:type="dxa" w:w="3373"/>
          </w:tcPr>
          <w:p>
            <w:pPr>
              <w:spacing w:after="0"/>
              <w:jc w:val="left"/>
            </w:pPr>
            <w:r/>
            <w:r>
              <w:rPr>
                <w:b/>
                <w:i w:val="0"/>
                <w:sz w:val="20"/>
              </w:rPr>
              <w:t>Aldığı İSG eğitimi ve tarihi</w:t>
            </w:r>
          </w:p>
        </w:tc>
        <w:tc>
          <w:tcPr>
            <w:tcW w:type="dxa" w:w="6265"/>
          </w:tcPr>
          <w:p>
            <w:pPr>
              <w:spacing w:after="0"/>
              <w:jc w:val="left"/>
            </w:pPr>
            <w:r/>
            <w:r>
              <w:rPr>
                <w:b w:val="0"/>
                <w:i w:val="0"/>
                <w:sz w:val="20"/>
              </w:rPr>
              <w:t>Temel İSG eğitimi, 02.03.2026</w:t>
            </w:r>
          </w:p>
        </w:tc>
      </w:tr>
      <w:tr>
        <w:trPr>
          <w:trHeight w:val="454" w:hRule="atLeast"/>
        </w:trPr>
        <w:tc>
          <w:tcPr>
            <w:tcW w:type="dxa" w:w="3373"/>
          </w:tcPr>
          <w:p>
            <w:pPr>
              <w:spacing w:after="0"/>
              <w:jc w:val="left"/>
            </w:pPr>
            <w:r/>
            <w:r>
              <w:rPr>
                <w:b/>
                <w:i w:val="0"/>
                <w:sz w:val="20"/>
              </w:rPr>
              <w:t>Kaza anında kullandığı KKD</w:t>
            </w:r>
          </w:p>
        </w:tc>
        <w:tc>
          <w:tcPr>
            <w:tcW w:type="dxa" w:w="6265"/>
          </w:tcPr>
          <w:p>
            <w:pPr>
              <w:spacing w:after="0"/>
              <w:jc w:val="left"/>
            </w:pPr>
            <w:r/>
            <w:r>
              <w:rPr>
                <w:b w:val="0"/>
                <w:i w:val="0"/>
                <w:sz w:val="20"/>
              </w:rPr>
              <w:t>Baret, iş ayakkabısı, iş eldiveni</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3. KAZANIN ZAMANI VE YERİ</w:t>
            </w:r>
          </w:p>
        </w:tc>
      </w:tr>
      <w:tr>
        <w:trPr>
          <w:trHeight w:val="454" w:hRule="atLeast"/>
        </w:trPr>
        <w:tc>
          <w:tcPr>
            <w:tcW w:type="dxa" w:w="3373"/>
          </w:tcPr>
          <w:p>
            <w:pPr>
              <w:spacing w:after="0"/>
              <w:jc w:val="left"/>
            </w:pPr>
            <w:r/>
            <w:r>
              <w:rPr>
                <w:b/>
                <w:i w:val="0"/>
                <w:sz w:val="20"/>
              </w:rPr>
              <w:t>Kaza tarihi</w:t>
            </w:r>
          </w:p>
        </w:tc>
        <w:tc>
          <w:tcPr>
            <w:tcW w:type="dxa" w:w="6265"/>
          </w:tcPr>
          <w:p>
            <w:pPr>
              <w:spacing w:after="0"/>
              <w:jc w:val="left"/>
            </w:pPr>
            <w:r/>
            <w:r>
              <w:rPr>
                <w:b w:val="0"/>
                <w:i w:val="0"/>
                <w:sz w:val="20"/>
              </w:rPr>
              <w:t>05.10.2026</w:t>
            </w:r>
          </w:p>
        </w:tc>
      </w:tr>
      <w:tr>
        <w:trPr>
          <w:trHeight w:val="454" w:hRule="atLeast"/>
        </w:trPr>
        <w:tc>
          <w:tcPr>
            <w:tcW w:type="dxa" w:w="3373"/>
          </w:tcPr>
          <w:p>
            <w:pPr>
              <w:spacing w:after="0"/>
              <w:jc w:val="left"/>
            </w:pPr>
            <w:r/>
            <w:r>
              <w:rPr>
                <w:b/>
                <w:i w:val="0"/>
                <w:sz w:val="20"/>
              </w:rPr>
              <w:t>Kaza saati</w:t>
            </w:r>
          </w:p>
        </w:tc>
        <w:tc>
          <w:tcPr>
            <w:tcW w:type="dxa" w:w="6265"/>
          </w:tcPr>
          <w:p>
            <w:pPr>
              <w:spacing w:after="0"/>
              <w:jc w:val="left"/>
            </w:pPr>
            <w:r/>
            <w:r>
              <w:rPr>
                <w:b w:val="0"/>
                <w:i w:val="0"/>
                <w:sz w:val="20"/>
              </w:rPr>
              <w:t>10.40</w:t>
            </w:r>
          </w:p>
        </w:tc>
      </w:tr>
      <w:tr>
        <w:trPr>
          <w:trHeight w:val="454" w:hRule="atLeast"/>
        </w:trPr>
        <w:tc>
          <w:tcPr>
            <w:tcW w:type="dxa" w:w="3373"/>
          </w:tcPr>
          <w:p>
            <w:pPr>
              <w:spacing w:after="0"/>
              <w:jc w:val="left"/>
            </w:pPr>
            <w:r/>
            <w:r>
              <w:rPr>
                <w:b/>
                <w:i w:val="0"/>
                <w:sz w:val="20"/>
              </w:rPr>
              <w:t>Saatin kaynağı</w:t>
            </w:r>
          </w:p>
        </w:tc>
        <w:tc>
          <w:tcPr>
            <w:tcW w:type="dxa" w:w="6265"/>
          </w:tcPr>
          <w:p>
            <w:pPr>
              <w:spacing w:after="0"/>
              <w:jc w:val="left"/>
            </w:pPr>
            <w:r/>
            <w:r>
              <w:rPr>
                <w:b w:val="0"/>
                <w:i w:val="0"/>
                <w:sz w:val="20"/>
              </w:rPr>
              <w:t>☒ Kamera kaydı   ☐ Tanık   ☐ Telefon kaydı   ☐ Tahmini</w:t>
            </w:r>
          </w:p>
        </w:tc>
      </w:tr>
      <w:tr>
        <w:trPr>
          <w:trHeight w:val="454" w:hRule="atLeast"/>
        </w:trPr>
        <w:tc>
          <w:tcPr>
            <w:tcW w:type="dxa" w:w="3373"/>
          </w:tcPr>
          <w:p>
            <w:pPr>
              <w:spacing w:after="0"/>
              <w:jc w:val="left"/>
            </w:pPr>
            <w:r/>
            <w:r>
              <w:rPr>
                <w:b/>
                <w:i w:val="0"/>
                <w:sz w:val="20"/>
              </w:rPr>
              <w:t>Kaza günü işbaşı saati</w:t>
            </w:r>
          </w:p>
        </w:tc>
        <w:tc>
          <w:tcPr>
            <w:tcW w:type="dxa" w:w="6265"/>
          </w:tcPr>
          <w:p>
            <w:pPr>
              <w:spacing w:after="0"/>
              <w:jc w:val="left"/>
            </w:pPr>
            <w:r/>
            <w:r>
              <w:rPr>
                <w:b w:val="0"/>
                <w:i w:val="0"/>
                <w:sz w:val="20"/>
              </w:rPr>
              <w:t>08.00</w:t>
            </w:r>
          </w:p>
        </w:tc>
      </w:tr>
      <w:tr>
        <w:trPr>
          <w:trHeight w:val="454" w:hRule="atLeast"/>
        </w:trPr>
        <w:tc>
          <w:tcPr>
            <w:tcW w:type="dxa" w:w="3373"/>
          </w:tcPr>
          <w:p>
            <w:pPr>
              <w:spacing w:after="0"/>
              <w:jc w:val="left"/>
            </w:pPr>
            <w:r/>
            <w:r>
              <w:rPr>
                <w:b/>
                <w:i w:val="0"/>
                <w:sz w:val="20"/>
              </w:rPr>
              <w:t>Kazanın gerçekleştiği yer</w:t>
            </w:r>
          </w:p>
        </w:tc>
        <w:tc>
          <w:tcPr>
            <w:tcW w:type="dxa" w:w="6265"/>
          </w:tcPr>
          <w:p>
            <w:pPr>
              <w:spacing w:after="0"/>
              <w:jc w:val="left"/>
            </w:pPr>
            <w:r/>
            <w:r>
              <w:rPr>
                <w:b w:val="0"/>
                <w:i w:val="0"/>
                <w:sz w:val="20"/>
              </w:rPr>
              <w:t>☒ İşyeri içinde   ☐ İşyeri dışında</w:t>
            </w:r>
          </w:p>
        </w:tc>
      </w:tr>
      <w:tr>
        <w:trPr>
          <w:trHeight w:val="454" w:hRule="atLeast"/>
        </w:trPr>
        <w:tc>
          <w:tcPr>
            <w:tcW w:type="dxa" w:w="3373"/>
          </w:tcPr>
          <w:p>
            <w:pPr>
              <w:spacing w:after="0"/>
              <w:jc w:val="left"/>
            </w:pPr>
            <w:r/>
            <w:r>
              <w:rPr>
                <w:b/>
                <w:i w:val="0"/>
                <w:sz w:val="20"/>
              </w:rPr>
              <w:t>Bölüm ve ayrıntılı adres</w:t>
            </w:r>
          </w:p>
        </w:tc>
        <w:tc>
          <w:tcPr>
            <w:tcW w:type="dxa" w:w="6265"/>
          </w:tcPr>
          <w:p>
            <w:pPr>
              <w:spacing w:after="0"/>
              <w:jc w:val="left"/>
            </w:pPr>
            <w:r/>
            <w:r>
              <w:rPr>
                <w:b w:val="0"/>
                <w:i w:val="0"/>
                <w:sz w:val="20"/>
              </w:rPr>
              <w:t>B Blok bodrum kat teknik oda</w:t>
            </w:r>
          </w:p>
        </w:tc>
      </w:tr>
      <w:tr>
        <w:trPr>
          <w:trHeight w:val="454" w:hRule="atLeast"/>
        </w:trPr>
        <w:tc>
          <w:tcPr>
            <w:tcW w:type="dxa" w:w="3373"/>
          </w:tcPr>
          <w:p>
            <w:pPr>
              <w:spacing w:after="0"/>
              <w:jc w:val="left"/>
            </w:pPr>
            <w:r/>
            <w:r>
              <w:rPr>
                <w:b/>
                <w:i w:val="0"/>
                <w:sz w:val="20"/>
              </w:rPr>
              <w:t>Ortam koşulları (aydınlatma, zemin, hava)</w:t>
            </w:r>
          </w:p>
        </w:tc>
        <w:tc>
          <w:tcPr>
            <w:tcW w:type="dxa" w:w="6265"/>
          </w:tcPr>
          <w:p>
            <w:pPr>
              <w:spacing w:after="0"/>
              <w:jc w:val="left"/>
            </w:pPr>
            <w:r/>
            <w:r>
              <w:rPr>
                <w:b w:val="0"/>
                <w:i w:val="0"/>
                <w:sz w:val="20"/>
              </w:rPr>
              <w:t>Kapalı alan, yapay aydınlatma yeterli, zeminde ıslak sıva artığı ve su.</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4. KAZANIN OLUŞ ŞEKLİ</w:t>
            </w:r>
          </w:p>
        </w:tc>
      </w:tr>
      <w:tr>
        <w:trPr>
          <w:trHeight w:val="454" w:hRule="atLeast"/>
        </w:trPr>
        <w:tc>
          <w:tcPr>
            <w:tcW w:type="dxa" w:w="3373"/>
          </w:tcPr>
          <w:p>
            <w:pPr>
              <w:spacing w:after="0"/>
              <w:jc w:val="left"/>
            </w:pPr>
            <w:r/>
            <w:r>
              <w:rPr>
                <w:b/>
                <w:i w:val="0"/>
                <w:sz w:val="20"/>
              </w:rPr>
              <w:t>Kaza anında yürütülen genel faaliyet</w:t>
            </w:r>
          </w:p>
        </w:tc>
        <w:tc>
          <w:tcPr>
            <w:tcW w:type="dxa" w:w="6265"/>
          </w:tcPr>
          <w:p>
            <w:pPr>
              <w:spacing w:after="0"/>
              <w:jc w:val="left"/>
            </w:pPr>
            <w:r/>
            <w:r>
              <w:rPr>
                <w:b w:val="0"/>
                <w:i w:val="0"/>
                <w:sz w:val="20"/>
              </w:rPr>
              <w:t>İç duvar alçı sıvası</w:t>
            </w:r>
          </w:p>
        </w:tc>
      </w:tr>
      <w:tr>
        <w:trPr>
          <w:trHeight w:val="454" w:hRule="atLeast"/>
        </w:trPr>
        <w:tc>
          <w:tcPr>
            <w:tcW w:type="dxa" w:w="3373"/>
          </w:tcPr>
          <w:p>
            <w:pPr>
              <w:spacing w:after="0"/>
              <w:jc w:val="left"/>
            </w:pPr>
            <w:r/>
            <w:r>
              <w:rPr>
                <w:b/>
                <w:i w:val="0"/>
                <w:sz w:val="20"/>
              </w:rPr>
              <w:t>Kazadan hemen önceki özel faaliyet</w:t>
            </w:r>
          </w:p>
        </w:tc>
        <w:tc>
          <w:tcPr>
            <w:tcW w:type="dxa" w:w="6265"/>
          </w:tcPr>
          <w:p>
            <w:pPr>
              <w:spacing w:after="0"/>
              <w:jc w:val="left"/>
            </w:pPr>
            <w:r/>
            <w:r>
              <w:rPr>
                <w:b w:val="0"/>
                <w:i w:val="0"/>
                <w:sz w:val="20"/>
              </w:rPr>
              <w:t>Merdiven üzerinden yerdeki sıva teknesine uzanmak</w:t>
            </w:r>
          </w:p>
        </w:tc>
      </w:tr>
      <w:tr>
        <w:trPr>
          <w:trHeight w:val="454" w:hRule="atLeast"/>
        </w:trPr>
        <w:tc>
          <w:tcPr>
            <w:tcW w:type="dxa" w:w="3373"/>
          </w:tcPr>
          <w:p>
            <w:pPr>
              <w:spacing w:after="0"/>
              <w:jc w:val="left"/>
            </w:pPr>
            <w:r/>
            <w:r>
              <w:rPr>
                <w:b/>
                <w:i w:val="0"/>
                <w:sz w:val="20"/>
              </w:rPr>
              <w:t>Kullanılan araç, gereç veya ekipman</w:t>
            </w:r>
          </w:p>
        </w:tc>
        <w:tc>
          <w:tcPr>
            <w:tcW w:type="dxa" w:w="6265"/>
          </w:tcPr>
          <w:p>
            <w:pPr>
              <w:spacing w:after="0"/>
              <w:jc w:val="left"/>
            </w:pPr>
            <w:r/>
            <w:r>
              <w:rPr>
                <w:b w:val="0"/>
                <w:i w:val="0"/>
                <w:sz w:val="20"/>
              </w:rPr>
              <w:t>Beş basamaklı alüminyum seyyar merdiven</w:t>
            </w:r>
          </w:p>
        </w:tc>
      </w:tr>
      <w:tr>
        <w:trPr>
          <w:trHeight w:val="454" w:hRule="atLeast"/>
        </w:trPr>
        <w:tc>
          <w:tcPr>
            <w:tcW w:type="dxa" w:w="3373"/>
          </w:tcPr>
          <w:p>
            <w:pPr>
              <w:spacing w:after="0"/>
              <w:jc w:val="left"/>
            </w:pPr>
            <w:r/>
            <w:r>
              <w:rPr>
                <w:b/>
                <w:i w:val="0"/>
                <w:sz w:val="20"/>
              </w:rPr>
              <w:t>İşin normal akışını bozan olay (sapma)</w:t>
            </w:r>
          </w:p>
        </w:tc>
        <w:tc>
          <w:tcPr>
            <w:tcW w:type="dxa" w:w="6265"/>
          </w:tcPr>
          <w:p>
            <w:pPr>
              <w:spacing w:after="0"/>
              <w:jc w:val="left"/>
            </w:pPr>
            <w:r/>
            <w:r>
              <w:rPr>
                <w:b w:val="0"/>
                <w:i w:val="0"/>
                <w:sz w:val="20"/>
              </w:rPr>
              <w:t>Merdivenin sağ arka ayağının ıslak sıva artığı üzerinde kayması</w:t>
            </w:r>
          </w:p>
        </w:tc>
      </w:tr>
      <w:tr>
        <w:trPr>
          <w:trHeight w:val="454" w:hRule="atLeast"/>
        </w:trPr>
        <w:tc>
          <w:tcPr>
            <w:tcW w:type="dxa" w:w="3373"/>
          </w:tcPr>
          <w:p>
            <w:pPr>
              <w:spacing w:after="0"/>
              <w:jc w:val="left"/>
            </w:pPr>
            <w:r/>
            <w:r>
              <w:rPr>
                <w:b/>
                <w:i w:val="0"/>
                <w:sz w:val="20"/>
              </w:rPr>
              <w:t>Yaralanmanın nasıl olduğu (temas şekli)</w:t>
            </w:r>
          </w:p>
        </w:tc>
        <w:tc>
          <w:tcPr>
            <w:tcW w:type="dxa" w:w="6265"/>
          </w:tcPr>
          <w:p>
            <w:pPr>
              <w:spacing w:after="0"/>
              <w:jc w:val="left"/>
            </w:pPr>
            <w:r/>
            <w:r>
              <w:rPr>
                <w:b w:val="0"/>
                <w:i w:val="0"/>
                <w:sz w:val="20"/>
              </w:rPr>
              <w:t>Merdivenle birlikte zemine düşme, sol el üzerine çarpma</w:t>
            </w:r>
          </w:p>
        </w:tc>
      </w:tr>
      <w:tr>
        <w:trPr>
          <w:trHeight w:val="454" w:hRule="atLeast"/>
        </w:trPr>
        <w:tc>
          <w:tcPr>
            <w:tcW w:type="dxa" w:w="3373"/>
          </w:tcPr>
          <w:p>
            <w:pPr>
              <w:spacing w:after="0"/>
              <w:jc w:val="left"/>
            </w:pPr>
            <w:r/>
            <w:r>
              <w:rPr>
                <w:b/>
                <w:i w:val="0"/>
                <w:sz w:val="20"/>
              </w:rPr>
              <w:t>Kazaya uğrayan kişi sayısı</w:t>
            </w:r>
          </w:p>
        </w:tc>
        <w:tc>
          <w:tcPr>
            <w:tcW w:type="dxa" w:w="6265"/>
          </w:tcPr>
          <w:p>
            <w:pPr>
              <w:spacing w:after="0"/>
              <w:jc w:val="left"/>
            </w:pPr>
            <w:r/>
            <w:r>
              <w:rPr>
                <w:b w:val="0"/>
                <w:i w:val="0"/>
                <w:sz w:val="20"/>
              </w:rPr>
              <w:t>1</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Olayın kronolojik anlatımı</w:t>
            </w:r>
          </w:p>
        </w:tc>
      </w:tr>
      <w:tr>
        <w:trPr>
          <w:trHeight w:val="3118" w:hRule="atLeast"/>
        </w:trPr>
        <w:tc>
          <w:tcPr>
            <w:tcW w:type="dxa" w:w="9638"/>
          </w:tcPr>
          <w:p>
            <w:pPr>
              <w:spacing w:after="0"/>
              <w:jc w:val="left"/>
            </w:pPr>
            <w:r/>
            <w:r>
              <w:rPr>
                <w:b w:val="0"/>
                <w:i w:val="0"/>
                <w:sz w:val="20"/>
              </w:rPr>
              <w:t>Kazalı 10.15'ten beri teknik odada tavana yakın duvar yüzeyine alçı sıva yapıyordu. 10.40'ta beş basamaklı alüminyum seyyar merdivenin dördüncü basamağındayken sağ tarafında yerde duran sıva teknesine uzandı. Merdivenin sağ arka ayağı zemindeki ıslak sıva artığı üzerinde kaydı ve merdiven sağa devrildi. Kazalı yaklaşık 1,2 m yükseklikten sol eli üzerine düştü. Tanık 1 ilk yardımcıyı çağırdı.</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5. YARALANMA VE İLK YARDIM</w:t>
            </w:r>
          </w:p>
        </w:tc>
      </w:tr>
      <w:tr>
        <w:trPr>
          <w:trHeight w:val="454" w:hRule="atLeast"/>
        </w:trPr>
        <w:tc>
          <w:tcPr>
            <w:tcW w:type="dxa" w:w="3373"/>
          </w:tcPr>
          <w:p>
            <w:pPr>
              <w:spacing w:after="0"/>
              <w:jc w:val="left"/>
            </w:pPr>
            <w:r/>
            <w:r>
              <w:rPr>
                <w:b/>
                <w:i w:val="0"/>
                <w:sz w:val="20"/>
              </w:rPr>
              <w:t>Yaralanmanın türü (gözlenen)</w:t>
            </w:r>
          </w:p>
        </w:tc>
        <w:tc>
          <w:tcPr>
            <w:tcW w:type="dxa" w:w="6265"/>
          </w:tcPr>
          <w:p>
            <w:pPr>
              <w:spacing w:after="0"/>
              <w:jc w:val="left"/>
            </w:pPr>
            <w:r/>
            <w:r>
              <w:rPr>
                <w:b w:val="0"/>
                <w:i w:val="0"/>
                <w:sz w:val="20"/>
              </w:rPr>
              <w:t>Sol el bileğinde şişlik, şekil bozukluğu ve ağrı (tanı hastanede konacak)</w:t>
            </w:r>
          </w:p>
        </w:tc>
      </w:tr>
      <w:tr>
        <w:trPr>
          <w:trHeight w:val="454" w:hRule="atLeast"/>
        </w:trPr>
        <w:tc>
          <w:tcPr>
            <w:tcW w:type="dxa" w:w="3373"/>
          </w:tcPr>
          <w:p>
            <w:pPr>
              <w:spacing w:after="0"/>
              <w:jc w:val="left"/>
            </w:pPr>
            <w:r/>
            <w:r>
              <w:rPr>
                <w:b/>
                <w:i w:val="0"/>
                <w:sz w:val="20"/>
              </w:rPr>
              <w:t>Yaralanmanın vücuttaki yeri</w:t>
            </w:r>
          </w:p>
        </w:tc>
        <w:tc>
          <w:tcPr>
            <w:tcW w:type="dxa" w:w="6265"/>
          </w:tcPr>
          <w:p>
            <w:pPr>
              <w:spacing w:after="0"/>
              <w:jc w:val="left"/>
            </w:pPr>
            <w:r/>
            <w:r>
              <w:rPr>
                <w:b w:val="0"/>
                <w:i w:val="0"/>
                <w:sz w:val="20"/>
              </w:rPr>
              <w:t>Sol el bileği</w:t>
            </w:r>
          </w:p>
        </w:tc>
      </w:tr>
      <w:tr>
        <w:trPr>
          <w:trHeight w:val="454" w:hRule="atLeast"/>
        </w:trPr>
        <w:tc>
          <w:tcPr>
            <w:tcW w:type="dxa" w:w="3373"/>
          </w:tcPr>
          <w:p>
            <w:pPr>
              <w:spacing w:after="0"/>
              <w:jc w:val="left"/>
            </w:pPr>
            <w:r/>
            <w:r>
              <w:rPr>
                <w:b/>
                <w:i w:val="0"/>
                <w:sz w:val="20"/>
              </w:rPr>
              <w:t>Bilinç durumu</w:t>
            </w:r>
          </w:p>
        </w:tc>
        <w:tc>
          <w:tcPr>
            <w:tcW w:type="dxa" w:w="6265"/>
          </w:tcPr>
          <w:p>
            <w:pPr>
              <w:spacing w:after="0"/>
              <w:jc w:val="left"/>
            </w:pPr>
            <w:r/>
            <w:r>
              <w:rPr>
                <w:b w:val="0"/>
                <w:i w:val="0"/>
                <w:sz w:val="20"/>
              </w:rPr>
              <w:t>☒ Açık   ☐ Bulanık   ☐ Kapalı</w:t>
            </w:r>
          </w:p>
        </w:tc>
      </w:tr>
      <w:tr>
        <w:trPr>
          <w:trHeight w:val="454" w:hRule="atLeast"/>
        </w:trPr>
        <w:tc>
          <w:tcPr>
            <w:tcW w:type="dxa" w:w="3373"/>
          </w:tcPr>
          <w:p>
            <w:pPr>
              <w:spacing w:after="0"/>
              <w:jc w:val="left"/>
            </w:pPr>
            <w:r/>
            <w:r>
              <w:rPr>
                <w:b/>
                <w:i w:val="0"/>
                <w:sz w:val="20"/>
              </w:rPr>
              <w:t>İlk yardımı yapan (adı soyadı)</w:t>
            </w:r>
          </w:p>
        </w:tc>
        <w:tc>
          <w:tcPr>
            <w:tcW w:type="dxa" w:w="6265"/>
          </w:tcPr>
          <w:p>
            <w:pPr>
              <w:spacing w:after="0"/>
              <w:jc w:val="left"/>
            </w:pPr>
            <w:r/>
            <w:r>
              <w:rPr>
                <w:b w:val="0"/>
                <w:i w:val="0"/>
                <w:sz w:val="20"/>
              </w:rPr>
              <w:t>Selin Aydın   ☒ İlk yardımcı belgesi var   ☐ Yok</w:t>
            </w:r>
          </w:p>
        </w:tc>
      </w:tr>
      <w:tr>
        <w:trPr>
          <w:trHeight w:val="454" w:hRule="atLeast"/>
        </w:trPr>
        <w:tc>
          <w:tcPr>
            <w:tcW w:type="dxa" w:w="3373"/>
          </w:tcPr>
          <w:p>
            <w:pPr>
              <w:spacing w:after="0"/>
              <w:jc w:val="left"/>
            </w:pPr>
            <w:r/>
            <w:r>
              <w:rPr>
                <w:b/>
                <w:i w:val="0"/>
                <w:sz w:val="20"/>
              </w:rPr>
              <w:t>İlk yardım saati ve yapılan uygulama</w:t>
            </w:r>
          </w:p>
        </w:tc>
        <w:tc>
          <w:tcPr>
            <w:tcW w:type="dxa" w:w="6265"/>
          </w:tcPr>
          <w:p>
            <w:pPr>
              <w:spacing w:after="0"/>
              <w:jc w:val="left"/>
            </w:pPr>
            <w:r/>
            <w:r>
              <w:rPr>
                <w:b w:val="0"/>
                <w:i w:val="0"/>
                <w:sz w:val="20"/>
              </w:rPr>
              <w:t>10.45, atel uygulandı, el yukarıda tutuldu</w:t>
            </w:r>
          </w:p>
        </w:tc>
      </w:tr>
      <w:tr>
        <w:trPr>
          <w:trHeight w:val="454" w:hRule="atLeast"/>
        </w:trPr>
        <w:tc>
          <w:tcPr>
            <w:tcW w:type="dxa" w:w="3373"/>
          </w:tcPr>
          <w:p>
            <w:pPr>
              <w:spacing w:after="0"/>
              <w:jc w:val="left"/>
            </w:pPr>
            <w:r/>
            <w:r>
              <w:rPr>
                <w:b/>
                <w:i w:val="0"/>
                <w:sz w:val="20"/>
              </w:rPr>
              <w:t>112 arandı mı</w:t>
            </w:r>
          </w:p>
        </w:tc>
        <w:tc>
          <w:tcPr>
            <w:tcW w:type="dxa" w:w="6265"/>
          </w:tcPr>
          <w:p>
            <w:pPr>
              <w:spacing w:after="0"/>
              <w:jc w:val="left"/>
            </w:pPr>
            <w:r/>
            <w:r>
              <w:rPr>
                <w:b w:val="0"/>
                <w:i w:val="0"/>
                <w:sz w:val="20"/>
              </w:rPr>
              <w:t>☒ Evet, saat 10.47 (arayan: Murat Koçer)   ☐ Hayır</w:t>
            </w:r>
          </w:p>
        </w:tc>
      </w:tr>
      <w:tr>
        <w:trPr>
          <w:trHeight w:val="454" w:hRule="atLeast"/>
        </w:trPr>
        <w:tc>
          <w:tcPr>
            <w:tcW w:type="dxa" w:w="3373"/>
          </w:tcPr>
          <w:p>
            <w:pPr>
              <w:spacing w:after="0"/>
              <w:jc w:val="left"/>
            </w:pPr>
            <w:r/>
            <w:r>
              <w:rPr>
                <w:b/>
                <w:i w:val="0"/>
                <w:sz w:val="20"/>
              </w:rPr>
              <w:t>Sevk edildiği sağlık kuruluşu</w:t>
            </w:r>
          </w:p>
        </w:tc>
        <w:tc>
          <w:tcPr>
            <w:tcW w:type="dxa" w:w="6265"/>
          </w:tcPr>
          <w:p>
            <w:pPr>
              <w:spacing w:after="0"/>
              <w:jc w:val="left"/>
            </w:pPr>
            <w:r/>
            <w:r>
              <w:rPr>
                <w:b w:val="0"/>
                <w:i w:val="0"/>
                <w:sz w:val="20"/>
              </w:rPr>
              <w:t>Devlet hastanesi acil servisi</w:t>
            </w:r>
          </w:p>
        </w:tc>
      </w:tr>
      <w:tr>
        <w:trPr>
          <w:trHeight w:val="454" w:hRule="atLeast"/>
        </w:trPr>
        <w:tc>
          <w:tcPr>
            <w:tcW w:type="dxa" w:w="3373"/>
          </w:tcPr>
          <w:p>
            <w:pPr>
              <w:spacing w:after="0"/>
              <w:jc w:val="left"/>
            </w:pPr>
            <w:r/>
            <w:r>
              <w:rPr>
                <w:b/>
                <w:i w:val="0"/>
                <w:sz w:val="20"/>
              </w:rPr>
              <w:t>Nasıl götürüldü</w:t>
            </w:r>
          </w:p>
        </w:tc>
        <w:tc>
          <w:tcPr>
            <w:tcW w:type="dxa" w:w="6265"/>
          </w:tcPr>
          <w:p>
            <w:pPr>
              <w:spacing w:after="0"/>
              <w:jc w:val="left"/>
            </w:pPr>
            <w:r/>
            <w:r>
              <w:rPr>
                <w:b w:val="0"/>
                <w:i w:val="0"/>
                <w:sz w:val="20"/>
              </w:rPr>
              <w:t>☒ Ambulans   ☐ İşyeri aracı   ☐ Diğer (11.05'te ayrıldı)</w:t>
            </w:r>
          </w:p>
        </w:tc>
      </w:tr>
      <w:tr>
        <w:trPr>
          <w:trHeight w:val="454" w:hRule="atLeast"/>
        </w:trPr>
        <w:tc>
          <w:tcPr>
            <w:tcW w:type="dxa" w:w="3373"/>
          </w:tcPr>
          <w:p>
            <w:pPr>
              <w:spacing w:after="0"/>
              <w:jc w:val="left"/>
            </w:pPr>
            <w:r/>
            <w:r>
              <w:rPr>
                <w:b/>
                <w:i w:val="0"/>
                <w:sz w:val="20"/>
              </w:rPr>
              <w:t>Kazadan sonra kazalı</w:t>
            </w:r>
          </w:p>
        </w:tc>
        <w:tc>
          <w:tcPr>
            <w:tcW w:type="dxa" w:w="6265"/>
          </w:tcPr>
          <w:p>
            <w:pPr>
              <w:spacing w:after="0"/>
              <w:jc w:val="left"/>
            </w:pPr>
            <w:r/>
            <w:r>
              <w:rPr>
                <w:b w:val="0"/>
                <w:i w:val="0"/>
                <w:sz w:val="20"/>
              </w:rPr>
              <w:t>☐ Çalışmaya devam etti   ☐ Bir süre sonra bıraktı (saat ....:....)   ☒ Hemen bıraktı</w:t>
            </w:r>
          </w:p>
        </w:tc>
      </w:tr>
      <w:tr>
        <w:trPr>
          <w:trHeight w:val="454" w:hRule="atLeast"/>
        </w:trPr>
        <w:tc>
          <w:tcPr>
            <w:tcW w:type="dxa" w:w="3373"/>
          </w:tcPr>
          <w:p>
            <w:pPr>
              <w:spacing w:after="0"/>
              <w:jc w:val="left"/>
            </w:pPr>
            <w:r/>
            <w:r>
              <w:rPr>
                <w:b/>
                <w:i w:val="0"/>
                <w:sz w:val="20"/>
              </w:rPr>
              <w:t>Tıbbi müdahale</w:t>
            </w:r>
          </w:p>
        </w:tc>
        <w:tc>
          <w:tcPr>
            <w:tcW w:type="dxa" w:w="6265"/>
          </w:tcPr>
          <w:p>
            <w:pPr>
              <w:spacing w:after="0"/>
              <w:jc w:val="left"/>
            </w:pPr>
            <w:r/>
            <w:r>
              <w:rPr>
                <w:b w:val="0"/>
                <w:i w:val="0"/>
                <w:sz w:val="20"/>
              </w:rPr>
              <w:t>☐ Yapılmadı   ☒ Derhal yapıldı   ☐ Daha sonra yapıldı (ilk yardım Selin Aydın, ardından hastane acil servisi)</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6. TANIKLAR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7"/>
        <w:gridCol w:w="1644"/>
        <w:gridCol w:w="1304"/>
        <w:gridCol w:w="1928"/>
        <w:gridCol w:w="1814"/>
        <w:gridCol w:w="1247"/>
        <w:gridCol w:w="1134"/>
      </w:tblGrid>
      <w:tr>
        <w:tc>
          <w:tcPr>
            <w:tcW w:type="dxa" w:w="567"/>
            <w:shd w:val="clear" w:color="auto" w:fill="E7E6E6"/>
          </w:tcPr>
          <w:p>
            <w:pPr>
              <w:spacing w:after="0"/>
              <w:jc w:val="left"/>
            </w:pPr>
            <w:r/>
            <w:r>
              <w:rPr>
                <w:b/>
                <w:i w:val="0"/>
                <w:sz w:val="18"/>
              </w:rPr>
              <w:t>Sıra</w:t>
            </w:r>
          </w:p>
        </w:tc>
        <w:tc>
          <w:tcPr>
            <w:tcW w:type="dxa" w:w="1644"/>
            <w:shd w:val="clear" w:color="auto" w:fill="E7E6E6"/>
          </w:tcPr>
          <w:p>
            <w:pPr>
              <w:spacing w:after="0"/>
              <w:jc w:val="left"/>
            </w:pPr>
            <w:r/>
            <w:r>
              <w:rPr>
                <w:b/>
                <w:i w:val="0"/>
                <w:sz w:val="18"/>
              </w:rPr>
              <w:t>Adı soyadı</w:t>
            </w:r>
          </w:p>
        </w:tc>
        <w:tc>
          <w:tcPr>
            <w:tcW w:type="dxa" w:w="1304"/>
            <w:shd w:val="clear" w:color="auto" w:fill="E7E6E6"/>
          </w:tcPr>
          <w:p>
            <w:pPr>
              <w:spacing w:after="0"/>
              <w:jc w:val="left"/>
            </w:pPr>
            <w:r/>
            <w:r>
              <w:rPr>
                <w:b/>
                <w:i w:val="0"/>
                <w:sz w:val="18"/>
              </w:rPr>
              <w:t>Görevi</w:t>
            </w:r>
          </w:p>
        </w:tc>
        <w:tc>
          <w:tcPr>
            <w:tcW w:type="dxa" w:w="1928"/>
            <w:shd w:val="clear" w:color="auto" w:fill="E7E6E6"/>
          </w:tcPr>
          <w:p>
            <w:pPr>
              <w:spacing w:after="0"/>
              <w:jc w:val="left"/>
            </w:pPr>
            <w:r/>
            <w:r>
              <w:rPr>
                <w:b/>
                <w:i w:val="0"/>
                <w:sz w:val="18"/>
              </w:rPr>
              <w:t>Olay anında bulunduğu yer</w:t>
            </w:r>
          </w:p>
        </w:tc>
        <w:tc>
          <w:tcPr>
            <w:tcW w:type="dxa" w:w="1814"/>
            <w:shd w:val="clear" w:color="auto" w:fill="E7E6E6"/>
          </w:tcPr>
          <w:p>
            <w:pPr>
              <w:spacing w:after="0"/>
              <w:jc w:val="left"/>
            </w:pPr>
            <w:r/>
            <w:r>
              <w:rPr>
                <w:b/>
                <w:i w:val="0"/>
                <w:sz w:val="18"/>
              </w:rPr>
              <w:t>☐ Gördü ☐ Duydu ☐ Sonradan geldi</w:t>
            </w:r>
          </w:p>
        </w:tc>
        <w:tc>
          <w:tcPr>
            <w:tcW w:type="dxa" w:w="1247"/>
            <w:shd w:val="clear" w:color="auto" w:fill="E7E6E6"/>
          </w:tcPr>
          <w:p>
            <w:pPr>
              <w:spacing w:after="0"/>
              <w:jc w:val="left"/>
            </w:pPr>
            <w:r/>
            <w:r>
              <w:rPr>
                <w:b/>
                <w:i w:val="0"/>
                <w:sz w:val="18"/>
              </w:rPr>
              <w:t>Telefon</w:t>
            </w:r>
          </w:p>
        </w:tc>
        <w:tc>
          <w:tcPr>
            <w:tcW w:type="dxa" w:w="1134"/>
            <w:shd w:val="clear" w:color="auto" w:fill="E7E6E6"/>
          </w:tcPr>
          <w:p>
            <w:pPr>
              <w:spacing w:after="0"/>
              <w:jc w:val="left"/>
            </w:pPr>
            <w:r/>
            <w:r>
              <w:rPr>
                <w:b/>
                <w:i w:val="0"/>
                <w:sz w:val="18"/>
              </w:rPr>
              <w:t>İfade eki no</w:t>
            </w:r>
          </w:p>
        </w:tc>
      </w:tr>
      <w:tr>
        <w:trPr>
          <w:trHeight w:val="397" w:hRule="atLeast"/>
        </w:trPr>
        <w:tc>
          <w:tcPr>
            <w:tcW w:type="dxa" w:w="567"/>
          </w:tcPr>
          <w:p>
            <w:pPr>
              <w:spacing w:after="0"/>
              <w:jc w:val="left"/>
            </w:pPr>
            <w:r/>
            <w:r>
              <w:rPr>
                <w:b w:val="0"/>
                <w:i w:val="0"/>
                <w:sz w:val="20"/>
              </w:rPr>
              <w:t>1</w:t>
            </w:r>
          </w:p>
        </w:tc>
        <w:tc>
          <w:tcPr>
            <w:tcW w:type="dxa" w:w="1644"/>
          </w:tcPr>
          <w:p>
            <w:pPr>
              <w:spacing w:after="0"/>
              <w:jc w:val="left"/>
            </w:pPr>
            <w:r/>
            <w:r>
              <w:rPr>
                <w:b w:val="0"/>
                <w:i w:val="0"/>
                <w:sz w:val="20"/>
              </w:rPr>
              <w:t>Burak Demirtaş</w:t>
            </w:r>
          </w:p>
        </w:tc>
        <w:tc>
          <w:tcPr>
            <w:tcW w:type="dxa" w:w="1304"/>
          </w:tcPr>
          <w:p>
            <w:pPr>
              <w:spacing w:after="0"/>
              <w:jc w:val="left"/>
            </w:pPr>
            <w:r/>
            <w:r>
              <w:rPr>
                <w:b w:val="0"/>
                <w:i w:val="0"/>
                <w:sz w:val="20"/>
              </w:rPr>
              <w:t>Sıva işçisi</w:t>
            </w:r>
          </w:p>
        </w:tc>
        <w:tc>
          <w:tcPr>
            <w:tcW w:type="dxa" w:w="1928"/>
          </w:tcPr>
          <w:p>
            <w:pPr>
              <w:spacing w:after="0"/>
              <w:jc w:val="left"/>
            </w:pPr>
            <w:r/>
            <w:r>
              <w:rPr>
                <w:b w:val="0"/>
                <w:i w:val="0"/>
                <w:sz w:val="20"/>
              </w:rPr>
              <w:t>Teknik odada, kazalıya yaklaşık 3 m</w:t>
            </w:r>
          </w:p>
        </w:tc>
        <w:tc>
          <w:tcPr>
            <w:tcW w:type="dxa" w:w="1814"/>
          </w:tcPr>
          <w:p>
            <w:pPr>
              <w:spacing w:after="0"/>
              <w:jc w:val="left"/>
            </w:pPr>
            <w:r/>
            <w:r>
              <w:rPr>
                <w:b w:val="0"/>
                <w:i w:val="0"/>
                <w:sz w:val="20"/>
              </w:rPr>
              <w:t>☒ Gördü ☐ Duydu ☐ Sonradan geldi</w:t>
            </w:r>
          </w:p>
        </w:tc>
        <w:tc>
          <w:tcPr>
            <w:tcW w:type="dxa" w:w="1247"/>
          </w:tcPr>
          <w:p>
            <w:pPr>
              <w:spacing w:after="0"/>
              <w:jc w:val="left"/>
            </w:pPr>
            <w:r/>
            <w:r>
              <w:rPr>
                <w:b w:val="0"/>
                <w:i w:val="0"/>
                <w:sz w:val="20"/>
              </w:rPr>
              <w:t>örnekte yazılmamıştır</w:t>
            </w:r>
          </w:p>
        </w:tc>
        <w:tc>
          <w:tcPr>
            <w:tcW w:type="dxa" w:w="1134"/>
          </w:tcPr>
          <w:p>
            <w:pPr>
              <w:spacing w:after="0"/>
              <w:jc w:val="left"/>
            </w:pPr>
            <w:r/>
            <w:r>
              <w:rPr>
                <w:b w:val="0"/>
                <w:i w:val="0"/>
                <w:sz w:val="20"/>
              </w:rPr>
              <w:t>EK-3</w:t>
            </w:r>
          </w:p>
        </w:tc>
      </w:tr>
      <w:tr>
        <w:trPr>
          <w:trHeight w:val="397" w:hRule="atLeast"/>
        </w:trPr>
        <w:tc>
          <w:tcPr>
            <w:tcW w:type="dxa" w:w="567"/>
          </w:tcPr>
          <w:p>
            <w:pPr>
              <w:spacing w:after="0"/>
              <w:jc w:val="left"/>
            </w:pPr>
            <w:r/>
            <w:r>
              <w:rPr>
                <w:b w:val="0"/>
                <w:i w:val="0"/>
                <w:sz w:val="20"/>
              </w:rPr>
              <w:t>2</w:t>
            </w:r>
          </w:p>
        </w:tc>
        <w:tc>
          <w:tcPr>
            <w:tcW w:type="dxa" w:w="1644"/>
          </w:tcPr>
          <w:p>
            <w:pPr>
              <w:spacing w:after="0"/>
              <w:jc w:val="left"/>
            </w:pPr>
            <w:r/>
            <w:r>
              <w:rPr>
                <w:b w:val="0"/>
                <w:i w:val="0"/>
                <w:sz w:val="20"/>
              </w:rPr>
              <w:t>Hakan Ural</w:t>
            </w:r>
          </w:p>
        </w:tc>
        <w:tc>
          <w:tcPr>
            <w:tcW w:type="dxa" w:w="1304"/>
          </w:tcPr>
          <w:p>
            <w:pPr>
              <w:spacing w:after="0"/>
              <w:jc w:val="left"/>
            </w:pPr>
            <w:r/>
            <w:r>
              <w:rPr>
                <w:b w:val="0"/>
                <w:i w:val="0"/>
                <w:sz w:val="20"/>
              </w:rPr>
              <w:t>Elektrik ustası</w:t>
            </w:r>
          </w:p>
        </w:tc>
        <w:tc>
          <w:tcPr>
            <w:tcW w:type="dxa" w:w="1928"/>
          </w:tcPr>
          <w:p>
            <w:pPr>
              <w:spacing w:after="0"/>
              <w:jc w:val="left"/>
            </w:pPr>
            <w:r/>
            <w:r>
              <w:rPr>
                <w:b w:val="0"/>
                <w:i w:val="0"/>
                <w:sz w:val="20"/>
              </w:rPr>
              <w:t>Koridorda, yaklaşık 8 m</w:t>
            </w:r>
          </w:p>
        </w:tc>
        <w:tc>
          <w:tcPr>
            <w:tcW w:type="dxa" w:w="1814"/>
          </w:tcPr>
          <w:p>
            <w:pPr>
              <w:spacing w:after="0"/>
              <w:jc w:val="left"/>
            </w:pPr>
            <w:r/>
            <w:r>
              <w:rPr>
                <w:b w:val="0"/>
                <w:i w:val="0"/>
                <w:sz w:val="20"/>
              </w:rPr>
              <w:t>☐ Gördü ☒ Duydu ☐ Sonradan geldi</w:t>
            </w:r>
          </w:p>
        </w:tc>
        <w:tc>
          <w:tcPr>
            <w:tcW w:type="dxa" w:w="1247"/>
          </w:tcPr>
          <w:p>
            <w:pPr>
              <w:spacing w:after="0"/>
              <w:jc w:val="left"/>
            </w:pPr>
            <w:r/>
            <w:r>
              <w:rPr>
                <w:b w:val="0"/>
                <w:i w:val="0"/>
                <w:sz w:val="20"/>
              </w:rPr>
              <w:t>örnekte yazılmamıştır</w:t>
            </w:r>
          </w:p>
        </w:tc>
        <w:tc>
          <w:tcPr>
            <w:tcW w:type="dxa" w:w="1134"/>
          </w:tcPr>
          <w:p>
            <w:pPr>
              <w:spacing w:after="0"/>
              <w:jc w:val="left"/>
            </w:pPr>
            <w:r/>
            <w:r>
              <w:rPr>
                <w:b w:val="0"/>
                <w:i w:val="0"/>
                <w:sz w:val="20"/>
              </w:rPr>
              <w:t>EK-4</w:t>
            </w:r>
          </w:p>
        </w:tc>
      </w:tr>
      <w:tr>
        <w:trPr>
          <w:trHeight w:val="397" w:hRule="atLeast"/>
        </w:trPr>
        <w:tc>
          <w:tcPr>
            <w:tcW w:type="dxa" w:w="567"/>
          </w:tcPr>
          <w:p>
            <w:pPr>
              <w:spacing w:after="0"/>
              <w:jc w:val="left"/>
            </w:pPr>
            <w:r/>
            <w:r>
              <w:rPr>
                <w:b w:val="0"/>
                <w:i w:val="0"/>
                <w:sz w:val="20"/>
              </w:rPr>
              <w:t>3</w:t>
            </w:r>
          </w:p>
        </w:tc>
        <w:tc>
          <w:tcPr>
            <w:tcW w:type="dxa" w:w="1644"/>
          </w:tcPr>
          <w:p>
            <w:pPr>
              <w:spacing w:after="0"/>
              <w:jc w:val="left"/>
            </w:pPr>
            <w:r/>
          </w:p>
        </w:tc>
        <w:tc>
          <w:tcPr>
            <w:tcW w:type="dxa" w:w="1304"/>
          </w:tcPr>
          <w:p>
            <w:pPr>
              <w:spacing w:after="0"/>
              <w:jc w:val="left"/>
            </w:pPr>
            <w:r/>
          </w:p>
        </w:tc>
        <w:tc>
          <w:tcPr>
            <w:tcW w:type="dxa" w:w="1928"/>
          </w:tcPr>
          <w:p>
            <w:pPr>
              <w:spacing w:after="0"/>
              <w:jc w:val="left"/>
            </w:pPr>
            <w:r/>
          </w:p>
        </w:tc>
        <w:tc>
          <w:tcPr>
            <w:tcW w:type="dxa" w:w="1814"/>
          </w:tcPr>
          <w:p>
            <w:pPr>
              <w:spacing w:after="0"/>
              <w:jc w:val="left"/>
            </w:pPr>
            <w:r/>
            <w:r>
              <w:rPr>
                <w:b w:val="0"/>
                <w:i w:val="0"/>
                <w:sz w:val="20"/>
              </w:rPr>
              <w:t>☐ Gördü ☐ Duydu ☐ Sonradan geldi</w:t>
            </w:r>
          </w:p>
        </w:tc>
        <w:tc>
          <w:tcPr>
            <w:tcW w:type="dxa" w:w="1247"/>
          </w:tcPr>
          <w:p>
            <w:pPr>
              <w:spacing w:after="0"/>
              <w:jc w:val="left"/>
            </w:pPr>
            <w:r/>
          </w:p>
        </w:tc>
        <w:tc>
          <w:tcPr>
            <w:tcW w:type="dxa" w:w="1134"/>
          </w:tcPr>
          <w:p>
            <w:pPr>
              <w:spacing w:after="0"/>
              <w:jc w:val="left"/>
            </w:pPr>
            <w:r/>
          </w:p>
        </w:tc>
      </w:tr>
    </w:tbl>
    <w:p>
      <w:pPr>
        <w:spacing w:after="40" w:before="60"/>
        <w:jc w:val="left"/>
      </w:pPr>
      <w:r>
        <w:rPr>
          <w:b w:val="0"/>
          <w:i w:val="0"/>
          <w:sz w:val="20"/>
        </w:rPr>
        <w:t>☐ Kazayı gören kimse yoktur</w:t>
      </w:r>
    </w:p>
    <w:p>
      <w:r>
        <w:br w:type="page"/>
      </w:r>
    </w:p>
    <w:p>
      <w:pPr>
        <w:spacing w:after="120" w:before="0"/>
        <w:jc w:val="center"/>
      </w:pPr>
      <w:r>
        <w:rPr>
          <w:b/>
          <w:i w:val="0"/>
          <w:sz w:val="26"/>
        </w:rPr>
        <w:t>TANIK İFADE FORMU (Tanık 1)</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rPr>
          <w:trHeight w:val="454" w:hRule="atLeast"/>
        </w:trPr>
        <w:tc>
          <w:tcPr>
            <w:tcW w:type="dxa" w:w="3373"/>
          </w:tcPr>
          <w:p>
            <w:pPr>
              <w:spacing w:after="0"/>
              <w:jc w:val="left"/>
            </w:pPr>
            <w:r/>
            <w:r>
              <w:rPr>
                <w:b/>
                <w:i w:val="0"/>
                <w:sz w:val="20"/>
              </w:rPr>
              <w:t>Adı soyadı</w:t>
            </w:r>
          </w:p>
        </w:tc>
        <w:tc>
          <w:tcPr>
            <w:tcW w:type="dxa" w:w="6265"/>
          </w:tcPr>
          <w:p>
            <w:pPr>
              <w:spacing w:after="0"/>
              <w:jc w:val="left"/>
            </w:pPr>
            <w:r/>
            <w:r>
              <w:rPr>
                <w:b w:val="0"/>
                <w:i w:val="0"/>
                <w:sz w:val="20"/>
              </w:rPr>
              <w:t>Burak Demirtaş</w:t>
            </w:r>
          </w:p>
        </w:tc>
      </w:tr>
      <w:tr>
        <w:trPr>
          <w:trHeight w:val="454" w:hRule="atLeast"/>
        </w:trPr>
        <w:tc>
          <w:tcPr>
            <w:tcW w:type="dxa" w:w="3373"/>
          </w:tcPr>
          <w:p>
            <w:pPr>
              <w:spacing w:after="0"/>
              <w:jc w:val="left"/>
            </w:pPr>
            <w:r/>
            <w:r>
              <w:rPr>
                <w:b/>
                <w:i w:val="0"/>
                <w:sz w:val="20"/>
              </w:rPr>
              <w:t>Görevi</w:t>
            </w:r>
          </w:p>
        </w:tc>
        <w:tc>
          <w:tcPr>
            <w:tcW w:type="dxa" w:w="6265"/>
          </w:tcPr>
          <w:p>
            <w:pPr>
              <w:spacing w:after="0"/>
              <w:jc w:val="left"/>
            </w:pPr>
            <w:r/>
            <w:r>
              <w:rPr>
                <w:b w:val="0"/>
                <w:i w:val="0"/>
                <w:sz w:val="20"/>
              </w:rPr>
              <w:t>Sıva işçisi</w:t>
            </w:r>
          </w:p>
        </w:tc>
      </w:tr>
      <w:tr>
        <w:trPr>
          <w:trHeight w:val="454" w:hRule="atLeast"/>
        </w:trPr>
        <w:tc>
          <w:tcPr>
            <w:tcW w:type="dxa" w:w="3373"/>
          </w:tcPr>
          <w:p>
            <w:pPr>
              <w:spacing w:after="0"/>
              <w:jc w:val="left"/>
            </w:pPr>
            <w:r/>
            <w:r>
              <w:rPr>
                <w:b/>
                <w:i w:val="0"/>
                <w:sz w:val="20"/>
              </w:rPr>
              <w:t>İfade tarihi ve saati</w:t>
            </w:r>
          </w:p>
        </w:tc>
        <w:tc>
          <w:tcPr>
            <w:tcW w:type="dxa" w:w="6265"/>
          </w:tcPr>
          <w:p>
            <w:pPr>
              <w:spacing w:after="0"/>
              <w:jc w:val="left"/>
            </w:pPr>
            <w:r/>
            <w:r>
              <w:rPr>
                <w:b w:val="0"/>
                <w:i w:val="0"/>
                <w:sz w:val="20"/>
              </w:rPr>
              <w:t>05.10.2026, 11.40</w:t>
            </w:r>
          </w:p>
        </w:tc>
      </w:tr>
      <w:tr>
        <w:trPr>
          <w:trHeight w:val="454" w:hRule="atLeast"/>
        </w:trPr>
        <w:tc>
          <w:tcPr>
            <w:tcW w:type="dxa" w:w="3373"/>
          </w:tcPr>
          <w:p>
            <w:pPr>
              <w:spacing w:after="0"/>
              <w:jc w:val="left"/>
            </w:pPr>
            <w:r/>
            <w:r>
              <w:rPr>
                <w:b/>
                <w:i w:val="0"/>
                <w:sz w:val="20"/>
              </w:rPr>
              <w:t>İfadeyi alan (adı soyadı, görevi)</w:t>
            </w:r>
          </w:p>
        </w:tc>
        <w:tc>
          <w:tcPr>
            <w:tcW w:type="dxa" w:w="6265"/>
          </w:tcPr>
          <w:p>
            <w:pPr>
              <w:spacing w:after="0"/>
              <w:jc w:val="left"/>
            </w:pPr>
            <w:r/>
            <w:r>
              <w:rPr>
                <w:b w:val="0"/>
                <w:i w:val="0"/>
                <w:sz w:val="20"/>
              </w:rPr>
              <w:t>Elif Şahin, iş güvenliği uzmanı</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 anında neredeydiniz, kazalıya uzaklığınız ne kadardı?</w:t>
            </w:r>
          </w:p>
        </w:tc>
      </w:tr>
      <w:tr>
        <w:trPr>
          <w:trHeight w:val="624" w:hRule="atLeast"/>
        </w:trPr>
        <w:tc>
          <w:tcPr>
            <w:tcW w:type="dxa" w:w="9638"/>
          </w:tcPr>
          <w:p>
            <w:pPr>
              <w:spacing w:after="0"/>
              <w:jc w:val="left"/>
            </w:pPr>
            <w:r/>
            <w:r>
              <w:rPr>
                <w:b w:val="0"/>
                <w:i w:val="0"/>
                <w:sz w:val="20"/>
              </w:rPr>
              <w:t>Aynı odada yerde çalışıyordum, aramızda 3 metre kadar vardı.</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Ne gördünüz, ne duydunuz? Lütfen kendi cümlelerinizle anlatınız.</w:t>
            </w:r>
          </w:p>
        </w:tc>
      </w:tr>
      <w:tr>
        <w:trPr>
          <w:trHeight w:val="3742" w:hRule="atLeast"/>
        </w:trPr>
        <w:tc>
          <w:tcPr>
            <w:tcW w:type="dxa" w:w="9638"/>
          </w:tcPr>
          <w:p>
            <w:pPr>
              <w:spacing w:after="0"/>
              <w:jc w:val="left"/>
            </w:pPr>
            <w:r/>
            <w:r>
              <w:rPr>
                <w:b w:val="0"/>
                <w:i w:val="0"/>
                <w:sz w:val="20"/>
              </w:rPr>
              <w:t>Emre usta merdivenin üstünde tavana yakın yeri sıvıyordu. Sağ tarafa, yerdeki sıva teknesine uzandı. O sırada merdivenin arka ayağı kaydı, merdiven sağa yattı ve Emre usta sol elinin üstüne düştü. Uzanırken gövdesi merdivenin dışına çıkmıştı. Zeminde sabahtan kalan ıslak sıva vardı, merdiveni tutan kimse yoktu.</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Kazalı o sırada hangi işi, hangi ekipmanla yapıyordu?</w:t>
            </w:r>
          </w:p>
        </w:tc>
      </w:tr>
      <w:tr>
        <w:trPr>
          <w:trHeight w:val="624" w:hRule="atLeast"/>
        </w:trPr>
        <w:tc>
          <w:tcPr>
            <w:tcW w:type="dxa" w:w="9638"/>
          </w:tcPr>
          <w:p>
            <w:pPr>
              <w:spacing w:after="0"/>
              <w:jc w:val="left"/>
            </w:pPr>
            <w:r/>
            <w:r>
              <w:rPr>
                <w:b w:val="0"/>
                <w:i w:val="0"/>
                <w:sz w:val="20"/>
              </w:rPr>
              <w:t>Alçı sıva, alüminyum merdivenle.</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Olaydan hemen önce dikkatinizi çeken bir durum oldu mu?</w:t>
            </w:r>
          </w:p>
        </w:tc>
      </w:tr>
      <w:tr>
        <w:trPr>
          <w:trHeight w:val="935" w:hRule="atLeast"/>
        </w:trPr>
        <w:tc>
          <w:tcPr>
            <w:tcW w:type="dxa" w:w="9638"/>
          </w:tcPr>
          <w:p>
            <w:pPr>
              <w:spacing w:after="0"/>
              <w:jc w:val="left"/>
            </w:pPr>
            <w:r/>
            <w:r>
              <w:rPr>
                <w:b w:val="0"/>
                <w:i w:val="0"/>
                <w:sz w:val="20"/>
              </w:rPr>
              <w:t>Merdiven ayağının sıvanın üstünde durduğunu fark etmemiştim.</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Kazadan sonra kim, ne yaptı?</w:t>
            </w:r>
          </w:p>
        </w:tc>
      </w:tr>
      <w:tr>
        <w:trPr>
          <w:trHeight w:val="935" w:hRule="atLeast"/>
        </w:trPr>
        <w:tc>
          <w:tcPr>
            <w:tcW w:type="dxa" w:w="9638"/>
          </w:tcPr>
          <w:p>
            <w:pPr>
              <w:spacing w:after="0"/>
              <w:jc w:val="left"/>
            </w:pPr>
            <w:r/>
            <w:r>
              <w:rPr>
                <w:b w:val="0"/>
                <w:i w:val="0"/>
                <w:sz w:val="20"/>
              </w:rPr>
              <w:t>Selin Hanım'ı çağırdım, şantiye şefi ambulansı aradı.</w:t>
            </w:r>
          </w:p>
        </w:tc>
      </w:tr>
    </w:tbl>
    <w:p>
      <w:pPr>
        <w:spacing w:after="0" w:before="0"/>
        <w:jc w:val="left"/>
      </w:pPr>
    </w:p>
    <w:p>
      <w:pPr>
        <w:spacing w:after="80" w:before="80"/>
        <w:jc w:val="left"/>
      </w:pPr>
      <w:r>
        <w:rPr>
          <w:b w:val="0"/>
          <w:i w:val="0"/>
          <w:sz w:val="20"/>
        </w:rPr>
        <w:t>Yukarıdaki ifadeyi okudum, anlattıklarımın doğru yazıldığını onaylarım.</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tcPr>
          <w:p>
            <w:pPr>
              <w:spacing w:after="0"/>
              <w:jc w:val="left"/>
            </w:pPr>
            <w:r/>
            <w:r>
              <w:rPr>
                <w:b/>
                <w:i w:val="0"/>
                <w:sz w:val="20"/>
              </w:rPr>
              <w:t>İfade veren (ad soyad, imza)</w:t>
            </w:r>
          </w:p>
        </w:tc>
        <w:tc>
          <w:tcPr>
            <w:tcW w:type="dxa" w:w="4819"/>
          </w:tcPr>
          <w:p>
            <w:pPr>
              <w:spacing w:after="0"/>
              <w:jc w:val="left"/>
            </w:pPr>
            <w:r/>
            <w:r>
              <w:rPr>
                <w:b/>
                <w:i w:val="0"/>
                <w:sz w:val="20"/>
              </w:rPr>
              <w:t>İfadeyi alan (ad soyad, imza)</w:t>
            </w:r>
          </w:p>
        </w:tc>
      </w:tr>
      <w:tr>
        <w:trPr>
          <w:trHeight w:val="1020" w:hRule="atLeast"/>
        </w:trPr>
        <w:tc>
          <w:tcPr>
            <w:tcW w:type="dxa" w:w="4819"/>
          </w:tcPr>
          <w:p>
            <w:pPr>
              <w:spacing w:after="0"/>
              <w:jc w:val="left"/>
            </w:pPr>
            <w:r/>
            <w:r>
              <w:rPr>
                <w:b w:val="0"/>
                <w:i w:val="0"/>
                <w:sz w:val="20"/>
              </w:rPr>
              <w:t>Burak Demirtaş, imza</w:t>
            </w:r>
          </w:p>
        </w:tc>
        <w:tc>
          <w:tcPr>
            <w:tcW w:type="dxa" w:w="4819"/>
          </w:tcPr>
          <w:p>
            <w:pPr>
              <w:spacing w:after="0"/>
              <w:jc w:val="left"/>
            </w:pPr>
            <w:r/>
            <w:r>
              <w:rPr>
                <w:b w:val="0"/>
                <w:i w:val="0"/>
                <w:sz w:val="20"/>
              </w:rPr>
              <w:t>Elif Şahin, imza</w:t>
            </w:r>
          </w:p>
        </w:tc>
      </w:tr>
    </w:tbl>
    <w:p>
      <w:r>
        <w:br w:type="page"/>
      </w:r>
    </w:p>
    <w:p>
      <w:pPr>
        <w:spacing w:after="120" w:before="0"/>
        <w:jc w:val="center"/>
      </w:pPr>
      <w:r>
        <w:rPr>
          <w:b/>
          <w:i w:val="0"/>
          <w:sz w:val="26"/>
        </w:rPr>
        <w:t>TANIK İFADE FORMU (Tanık 2)</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rPr>
          <w:trHeight w:val="454" w:hRule="atLeast"/>
        </w:trPr>
        <w:tc>
          <w:tcPr>
            <w:tcW w:type="dxa" w:w="3373"/>
          </w:tcPr>
          <w:p>
            <w:pPr>
              <w:spacing w:after="0"/>
              <w:jc w:val="left"/>
            </w:pPr>
            <w:r/>
            <w:r>
              <w:rPr>
                <w:b/>
                <w:i w:val="0"/>
                <w:sz w:val="20"/>
              </w:rPr>
              <w:t>Adı soyadı</w:t>
            </w:r>
          </w:p>
        </w:tc>
        <w:tc>
          <w:tcPr>
            <w:tcW w:type="dxa" w:w="6265"/>
          </w:tcPr>
          <w:p>
            <w:pPr>
              <w:spacing w:after="0"/>
              <w:jc w:val="left"/>
            </w:pPr>
            <w:r/>
            <w:r>
              <w:rPr>
                <w:b w:val="0"/>
                <w:i w:val="0"/>
                <w:sz w:val="20"/>
              </w:rPr>
              <w:t>Hakan Ural</w:t>
            </w:r>
          </w:p>
        </w:tc>
      </w:tr>
      <w:tr>
        <w:trPr>
          <w:trHeight w:val="454" w:hRule="atLeast"/>
        </w:trPr>
        <w:tc>
          <w:tcPr>
            <w:tcW w:type="dxa" w:w="3373"/>
          </w:tcPr>
          <w:p>
            <w:pPr>
              <w:spacing w:after="0"/>
              <w:jc w:val="left"/>
            </w:pPr>
            <w:r/>
            <w:r>
              <w:rPr>
                <w:b/>
                <w:i w:val="0"/>
                <w:sz w:val="20"/>
              </w:rPr>
              <w:t>Görevi</w:t>
            </w:r>
          </w:p>
        </w:tc>
        <w:tc>
          <w:tcPr>
            <w:tcW w:type="dxa" w:w="6265"/>
          </w:tcPr>
          <w:p>
            <w:pPr>
              <w:spacing w:after="0"/>
              <w:jc w:val="left"/>
            </w:pPr>
            <w:r/>
            <w:r>
              <w:rPr>
                <w:b w:val="0"/>
                <w:i w:val="0"/>
                <w:sz w:val="20"/>
              </w:rPr>
              <w:t>Elektrik ustası</w:t>
            </w:r>
          </w:p>
        </w:tc>
      </w:tr>
      <w:tr>
        <w:trPr>
          <w:trHeight w:val="454" w:hRule="atLeast"/>
        </w:trPr>
        <w:tc>
          <w:tcPr>
            <w:tcW w:type="dxa" w:w="3373"/>
          </w:tcPr>
          <w:p>
            <w:pPr>
              <w:spacing w:after="0"/>
              <w:jc w:val="left"/>
            </w:pPr>
            <w:r/>
            <w:r>
              <w:rPr>
                <w:b/>
                <w:i w:val="0"/>
                <w:sz w:val="20"/>
              </w:rPr>
              <w:t>İfade tarihi ve saati</w:t>
            </w:r>
          </w:p>
        </w:tc>
        <w:tc>
          <w:tcPr>
            <w:tcW w:type="dxa" w:w="6265"/>
          </w:tcPr>
          <w:p>
            <w:pPr>
              <w:spacing w:after="0"/>
              <w:jc w:val="left"/>
            </w:pPr>
            <w:r/>
            <w:r>
              <w:rPr>
                <w:b w:val="0"/>
                <w:i w:val="0"/>
                <w:sz w:val="20"/>
              </w:rPr>
              <w:t>05.10.2026, 12.10</w:t>
            </w:r>
          </w:p>
        </w:tc>
      </w:tr>
      <w:tr>
        <w:trPr>
          <w:trHeight w:val="454" w:hRule="atLeast"/>
        </w:trPr>
        <w:tc>
          <w:tcPr>
            <w:tcW w:type="dxa" w:w="3373"/>
          </w:tcPr>
          <w:p>
            <w:pPr>
              <w:spacing w:after="0"/>
              <w:jc w:val="left"/>
            </w:pPr>
            <w:r/>
            <w:r>
              <w:rPr>
                <w:b/>
                <w:i w:val="0"/>
                <w:sz w:val="20"/>
              </w:rPr>
              <w:t>İfadeyi alan (adı soyadı, görevi)</w:t>
            </w:r>
          </w:p>
        </w:tc>
        <w:tc>
          <w:tcPr>
            <w:tcW w:type="dxa" w:w="6265"/>
          </w:tcPr>
          <w:p>
            <w:pPr>
              <w:spacing w:after="0"/>
              <w:jc w:val="left"/>
            </w:pPr>
            <w:r/>
            <w:r>
              <w:rPr>
                <w:b w:val="0"/>
                <w:i w:val="0"/>
                <w:sz w:val="20"/>
              </w:rPr>
              <w:t>Elif Şahin, iş güvenliği uzmanı</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 anında neredeydiniz, kazalıya uzaklığınız ne kadardı?</w:t>
            </w:r>
          </w:p>
        </w:tc>
      </w:tr>
      <w:tr>
        <w:trPr>
          <w:trHeight w:val="624" w:hRule="atLeast"/>
        </w:trPr>
        <w:tc>
          <w:tcPr>
            <w:tcW w:type="dxa" w:w="9638"/>
          </w:tcPr>
          <w:p>
            <w:pPr>
              <w:spacing w:after="0"/>
              <w:jc w:val="left"/>
            </w:pPr>
            <w:r/>
            <w:r>
              <w:rPr>
                <w:b w:val="0"/>
                <w:i w:val="0"/>
                <w:sz w:val="20"/>
              </w:rPr>
              <w:t>Koridorda kablo çekiyordum, odaya 8 metre kadar uzaktaydım.</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Ne gördünüz, ne duydunuz? Lütfen kendi cümlelerinizle anlatınız.</w:t>
            </w:r>
          </w:p>
        </w:tc>
      </w:tr>
      <w:tr>
        <w:trPr>
          <w:trHeight w:val="3742" w:hRule="atLeast"/>
        </w:trPr>
        <w:tc>
          <w:tcPr>
            <w:tcW w:type="dxa" w:w="9638"/>
          </w:tcPr>
          <w:p>
            <w:pPr>
              <w:spacing w:after="0"/>
              <w:jc w:val="left"/>
            </w:pPr>
            <w:r/>
            <w:r>
              <w:rPr>
                <w:b w:val="0"/>
                <w:i w:val="0"/>
                <w:sz w:val="20"/>
              </w:rPr>
              <w:t>Teknik odadan bir gürültü geldi. Döndüğümde merdiven yerdeydi, Emre usta yanında oturmuş sol elini tutuyordu. Düşüşü görmedim.</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Kazalı o sırada hangi işi, hangi ekipmanla yapıyordu?</w:t>
            </w:r>
          </w:p>
        </w:tc>
      </w:tr>
      <w:tr>
        <w:trPr>
          <w:trHeight w:val="624" w:hRule="atLeast"/>
        </w:trPr>
        <w:tc>
          <w:tcPr>
            <w:tcW w:type="dxa" w:w="9638"/>
          </w:tcPr>
          <w:p>
            <w:pPr>
              <w:spacing w:after="0"/>
              <w:jc w:val="left"/>
            </w:pPr>
            <w:r/>
            <w:r>
              <w:rPr>
                <w:b w:val="0"/>
                <w:i w:val="0"/>
                <w:sz w:val="20"/>
              </w:rPr>
              <w:t>Görmedim.</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Olaydan hemen önce dikkatinizi çeken bir durum oldu mu?</w:t>
            </w:r>
          </w:p>
        </w:tc>
      </w:tr>
      <w:tr>
        <w:trPr>
          <w:trHeight w:val="935" w:hRule="atLeast"/>
        </w:trPr>
        <w:tc>
          <w:tcPr>
            <w:tcW w:type="dxa" w:w="9638"/>
          </w:tcPr>
          <w:p>
            <w:pPr>
              <w:spacing w:after="0"/>
              <w:jc w:val="left"/>
            </w:pPr>
            <w:r/>
            <w:r>
              <w:rPr>
                <w:b w:val="0"/>
                <w:i w:val="0"/>
                <w:sz w:val="20"/>
              </w:rPr>
              <w:t>Dikkatimi çeken bir şey olmadı.</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Kazadan sonra kim, ne yaptı?</w:t>
            </w:r>
          </w:p>
        </w:tc>
      </w:tr>
      <w:tr>
        <w:trPr>
          <w:trHeight w:val="935" w:hRule="atLeast"/>
        </w:trPr>
        <w:tc>
          <w:tcPr>
            <w:tcW w:type="dxa" w:w="9638"/>
          </w:tcPr>
          <w:p>
            <w:pPr>
              <w:spacing w:after="0"/>
              <w:jc w:val="left"/>
            </w:pPr>
            <w:r/>
            <w:r>
              <w:rPr>
                <w:b w:val="0"/>
                <w:i w:val="0"/>
                <w:sz w:val="20"/>
              </w:rPr>
              <w:t>İlk yardım çantasını getirdim.</w:t>
            </w:r>
          </w:p>
        </w:tc>
      </w:tr>
    </w:tbl>
    <w:p>
      <w:pPr>
        <w:spacing w:after="0" w:before="0"/>
        <w:jc w:val="left"/>
      </w:pPr>
    </w:p>
    <w:p>
      <w:pPr>
        <w:spacing w:after="80" w:before="80"/>
        <w:jc w:val="left"/>
      </w:pPr>
      <w:r>
        <w:rPr>
          <w:b w:val="0"/>
          <w:i w:val="0"/>
          <w:sz w:val="20"/>
        </w:rPr>
        <w:t>Yukarıdaki ifadeyi okudum, anlattıklarımın doğru yazıldığını onaylarım.</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tcPr>
          <w:p>
            <w:pPr>
              <w:spacing w:after="0"/>
              <w:jc w:val="left"/>
            </w:pPr>
            <w:r/>
            <w:r>
              <w:rPr>
                <w:b/>
                <w:i w:val="0"/>
                <w:sz w:val="20"/>
              </w:rPr>
              <w:t>İfade veren (ad soyad, imza)</w:t>
            </w:r>
          </w:p>
        </w:tc>
        <w:tc>
          <w:tcPr>
            <w:tcW w:type="dxa" w:w="4819"/>
          </w:tcPr>
          <w:p>
            <w:pPr>
              <w:spacing w:after="0"/>
              <w:jc w:val="left"/>
            </w:pPr>
            <w:r/>
            <w:r>
              <w:rPr>
                <w:b/>
                <w:i w:val="0"/>
                <w:sz w:val="20"/>
              </w:rPr>
              <w:t>İfadeyi alan (ad soyad, imza)</w:t>
            </w:r>
          </w:p>
        </w:tc>
      </w:tr>
      <w:tr>
        <w:trPr>
          <w:trHeight w:val="1020" w:hRule="atLeast"/>
        </w:trPr>
        <w:tc>
          <w:tcPr>
            <w:tcW w:type="dxa" w:w="4819"/>
          </w:tcPr>
          <w:p>
            <w:pPr>
              <w:spacing w:after="0"/>
              <w:jc w:val="left"/>
            </w:pPr>
            <w:r/>
            <w:r>
              <w:rPr>
                <w:b w:val="0"/>
                <w:i w:val="0"/>
                <w:sz w:val="20"/>
              </w:rPr>
              <w:t>Hakan Ural, imza</w:t>
            </w:r>
          </w:p>
        </w:tc>
        <w:tc>
          <w:tcPr>
            <w:tcW w:type="dxa" w:w="4819"/>
          </w:tcPr>
          <w:p>
            <w:pPr>
              <w:spacing w:after="0"/>
              <w:jc w:val="left"/>
            </w:pPr>
            <w:r/>
            <w:r>
              <w:rPr>
                <w:b w:val="0"/>
                <w:i w:val="0"/>
                <w:sz w:val="20"/>
              </w:rPr>
              <w:t>Elif Şahin, imza</w:t>
            </w:r>
          </w:p>
        </w:tc>
      </w:tr>
    </w:tbl>
    <w:p>
      <w:r>
        <w:br w:type="page"/>
      </w:r>
    </w:p>
    <w:p>
      <w:pPr>
        <w:spacing w:after="120" w:before="0"/>
        <w:jc w:val="center"/>
      </w:pPr>
      <w:r>
        <w:rPr>
          <w:b/>
          <w:i w:val="0"/>
          <w:sz w:val="26"/>
        </w:rPr>
        <w:t>KAZALI BEYAN FORMU</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rPr>
          <w:trHeight w:val="454" w:hRule="atLeast"/>
        </w:trPr>
        <w:tc>
          <w:tcPr>
            <w:tcW w:type="dxa" w:w="3373"/>
          </w:tcPr>
          <w:p>
            <w:pPr>
              <w:spacing w:after="0"/>
              <w:jc w:val="left"/>
            </w:pPr>
            <w:r/>
            <w:r>
              <w:rPr>
                <w:b/>
                <w:i w:val="0"/>
                <w:sz w:val="20"/>
              </w:rPr>
              <w:t>Adı soyadı</w:t>
            </w:r>
          </w:p>
        </w:tc>
        <w:tc>
          <w:tcPr>
            <w:tcW w:type="dxa" w:w="6265"/>
          </w:tcPr>
          <w:p>
            <w:pPr>
              <w:spacing w:after="0"/>
              <w:jc w:val="left"/>
            </w:pPr>
            <w:r/>
            <w:r>
              <w:rPr>
                <w:b w:val="0"/>
                <w:i w:val="0"/>
                <w:sz w:val="20"/>
              </w:rPr>
              <w:t>Emre Karakaya</w:t>
            </w:r>
          </w:p>
        </w:tc>
      </w:tr>
      <w:tr>
        <w:trPr>
          <w:trHeight w:val="454" w:hRule="atLeast"/>
        </w:trPr>
        <w:tc>
          <w:tcPr>
            <w:tcW w:type="dxa" w:w="3373"/>
          </w:tcPr>
          <w:p>
            <w:pPr>
              <w:spacing w:after="0"/>
              <w:jc w:val="left"/>
            </w:pPr>
            <w:r/>
            <w:r>
              <w:rPr>
                <w:b/>
                <w:i w:val="0"/>
                <w:sz w:val="20"/>
              </w:rPr>
              <w:t>Görevi</w:t>
            </w:r>
          </w:p>
        </w:tc>
        <w:tc>
          <w:tcPr>
            <w:tcW w:type="dxa" w:w="6265"/>
          </w:tcPr>
          <w:p>
            <w:pPr>
              <w:spacing w:after="0"/>
              <w:jc w:val="left"/>
            </w:pPr>
            <w:r/>
            <w:r>
              <w:rPr>
                <w:b w:val="0"/>
                <w:i w:val="0"/>
                <w:sz w:val="20"/>
              </w:rPr>
              <w:t>Sıva ustası</w:t>
            </w:r>
          </w:p>
        </w:tc>
      </w:tr>
      <w:tr>
        <w:trPr>
          <w:trHeight w:val="454" w:hRule="atLeast"/>
        </w:trPr>
        <w:tc>
          <w:tcPr>
            <w:tcW w:type="dxa" w:w="3373"/>
          </w:tcPr>
          <w:p>
            <w:pPr>
              <w:spacing w:after="0"/>
              <w:jc w:val="left"/>
            </w:pPr>
            <w:r/>
            <w:r>
              <w:rPr>
                <w:b/>
                <w:i w:val="0"/>
                <w:sz w:val="20"/>
              </w:rPr>
              <w:t>İfade tarihi ve saati</w:t>
            </w:r>
          </w:p>
        </w:tc>
        <w:tc>
          <w:tcPr>
            <w:tcW w:type="dxa" w:w="6265"/>
          </w:tcPr>
          <w:p>
            <w:pPr>
              <w:spacing w:after="0"/>
              <w:jc w:val="left"/>
            </w:pPr>
            <w:r/>
            <w:r>
              <w:rPr>
                <w:b w:val="0"/>
                <w:i w:val="0"/>
                <w:sz w:val="20"/>
              </w:rPr>
              <w:t>Alınamadı</w:t>
            </w:r>
          </w:p>
        </w:tc>
      </w:tr>
      <w:tr>
        <w:trPr>
          <w:trHeight w:val="454" w:hRule="atLeast"/>
        </w:trPr>
        <w:tc>
          <w:tcPr>
            <w:tcW w:type="dxa" w:w="3373"/>
          </w:tcPr>
          <w:p>
            <w:pPr>
              <w:spacing w:after="0"/>
              <w:jc w:val="left"/>
            </w:pPr>
            <w:r/>
            <w:r>
              <w:rPr>
                <w:b/>
                <w:i w:val="0"/>
                <w:sz w:val="20"/>
              </w:rPr>
              <w:t>İfadeyi alan (adı soyadı, görevi)</w:t>
            </w:r>
          </w:p>
        </w:tc>
        <w:tc>
          <w:tcPr>
            <w:tcW w:type="dxa" w:w="6265"/>
          </w:tcPr>
          <w:p>
            <w:pPr>
              <w:spacing w:after="0"/>
              <w:jc w:val="left"/>
            </w:pPr>
            <w:r/>
            <w:r>
              <w:rPr>
                <w:b w:val="0"/>
                <w:i w:val="0"/>
                <w:sz w:val="20"/>
              </w:rPr>
              <w:t>Elif Şahin, iş güvenliği uzmanı</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 anında neredeydiniz?</w:t>
            </w:r>
          </w:p>
        </w:tc>
      </w:tr>
      <w:tr>
        <w:trPr>
          <w:trHeight w:val="624" w:hRule="atLeast"/>
        </w:trPr>
        <w:tc>
          <w:tcPr>
            <w:tcW w:type="dxa" w:w="9638"/>
          </w:tcPr>
          <w:p>
            <w:pPr>
              <w:spacing w:after="0"/>
              <w:jc w:val="left"/>
            </w:pPr>
            <w:r/>
            <w:r>
              <w:rPr>
                <w:b w:val="0"/>
                <w:i w:val="0"/>
                <w:sz w:val="20"/>
              </w:rPr>
              <w:t>Hastaneye sevk edildiğinden alınamadı; 07.10.2026'da alınacak.</w:t>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Olayı kendi cümlelerinizle anlatınız.</w:t>
            </w:r>
          </w:p>
        </w:tc>
      </w:tr>
      <w:tr>
        <w:trPr>
          <w:trHeight w:val="3742"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 sırada hangi işi, hangi ekipmanla yapıyordunuz?</w:t>
            </w:r>
          </w:p>
        </w:tc>
      </w:tr>
      <w:tr>
        <w:trPr>
          <w:trHeight w:val="624"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Olaydan hemen önce dikkatinizi çeken bir durum oldu mu?</w:t>
            </w:r>
          </w:p>
        </w:tc>
      </w:tr>
      <w:tr>
        <w:trPr>
          <w:trHeight w:val="935" w:hRule="atLeast"/>
        </w:trPr>
        <w:tc>
          <w:tcPr>
            <w:tcW w:type="dxa" w:w="9638"/>
          </w:tcPr>
          <w:p>
            <w:pPr>
              <w:spacing w:after="0"/>
              <w:jc w:val="left"/>
            </w:pPr>
            <w:r/>
          </w:p>
        </w:tc>
      </w:tr>
    </w:tbl>
    <w:p>
      <w:pPr>
        <w:spacing w:after="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0"/>
              </w:rPr>
              <w:t>Kazadan sonra kim, ne yaptı?</w:t>
            </w:r>
          </w:p>
        </w:tc>
      </w:tr>
      <w:tr>
        <w:trPr>
          <w:trHeight w:val="935" w:hRule="atLeast"/>
        </w:trPr>
        <w:tc>
          <w:tcPr>
            <w:tcW w:type="dxa" w:w="9638"/>
          </w:tcPr>
          <w:p>
            <w:pPr>
              <w:spacing w:after="0"/>
              <w:jc w:val="left"/>
            </w:pPr>
            <w:r/>
          </w:p>
        </w:tc>
      </w:tr>
    </w:tbl>
    <w:p>
      <w:pPr>
        <w:spacing w:after="0" w:before="0"/>
        <w:jc w:val="left"/>
      </w:pPr>
    </w:p>
    <w:p>
      <w:pPr>
        <w:spacing w:after="80" w:before="80"/>
        <w:jc w:val="left"/>
      </w:pPr>
      <w:r>
        <w:rPr>
          <w:b w:val="0"/>
          <w:i w:val="0"/>
          <w:sz w:val="20"/>
        </w:rPr>
        <w:t>Yukarıdaki ifadeyi okudum, anlattıklarımın doğru yazıldığını onaylarım.</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4819"/>
          </w:tcPr>
          <w:p>
            <w:pPr>
              <w:spacing w:after="0"/>
              <w:jc w:val="left"/>
            </w:pPr>
            <w:r/>
            <w:r>
              <w:rPr>
                <w:b/>
                <w:i w:val="0"/>
                <w:sz w:val="20"/>
              </w:rPr>
              <w:t>İfade veren (ad soyad, imza)</w:t>
            </w:r>
          </w:p>
        </w:tc>
        <w:tc>
          <w:tcPr>
            <w:tcW w:type="dxa" w:w="4819"/>
          </w:tcPr>
          <w:p>
            <w:pPr>
              <w:spacing w:after="0"/>
              <w:jc w:val="left"/>
            </w:pPr>
            <w:r/>
            <w:r>
              <w:rPr>
                <w:b/>
                <w:i w:val="0"/>
                <w:sz w:val="20"/>
              </w:rPr>
              <w:t>İfadeyi alan (ad soyad, imza)</w:t>
            </w:r>
          </w:p>
        </w:tc>
      </w:tr>
      <w:tr>
        <w:trPr>
          <w:trHeight w:val="1020" w:hRule="atLeast"/>
        </w:trPr>
        <w:tc>
          <w:tcPr>
            <w:tcW w:type="dxa" w:w="4819"/>
          </w:tcPr>
          <w:p>
            <w:pPr>
              <w:spacing w:after="0"/>
              <w:jc w:val="left"/>
            </w:pPr>
            <w:r/>
          </w:p>
        </w:tc>
        <w:tc>
          <w:tcPr>
            <w:tcW w:type="dxa" w:w="4819"/>
          </w:tcPr>
          <w:p>
            <w:pPr>
              <w:spacing w:after="0"/>
              <w:jc w:val="left"/>
            </w:pPr>
            <w:r/>
          </w:p>
        </w:tc>
      </w:tr>
    </w:tbl>
    <w:p>
      <w:r>
        <w:br w:type="page"/>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373"/>
        <w:gridCol w:w="6265"/>
      </w:tblGrid>
      <w:tr>
        <w:tc>
          <w:tcPr>
            <w:tcW w:type="dxa" w:w="9638"/>
            <w:gridSpan w:val="2"/>
            <w:shd w:val="clear" w:color="auto" w:fill="E7E6E6"/>
          </w:tcPr>
          <w:p>
            <w:pPr>
              <w:spacing w:after="0"/>
              <w:jc w:val="left"/>
            </w:pPr>
            <w:r/>
            <w:r>
              <w:rPr>
                <w:b/>
                <w:i w:val="0"/>
                <w:sz w:val="22"/>
              </w:rPr>
              <w:t>7. DOĞRUDAN NEDENLER (İLK GÖZLEM)</w:t>
            </w:r>
          </w:p>
        </w:tc>
      </w:tr>
      <w:tr>
        <w:trPr>
          <w:trHeight w:val="1247" w:hRule="atLeast"/>
        </w:trPr>
        <w:tc>
          <w:tcPr>
            <w:tcW w:type="dxa" w:w="3373"/>
          </w:tcPr>
          <w:p>
            <w:pPr>
              <w:spacing w:after="0"/>
              <w:jc w:val="left"/>
            </w:pPr>
            <w:r/>
            <w:r>
              <w:rPr>
                <w:b/>
                <w:i w:val="0"/>
                <w:sz w:val="20"/>
              </w:rPr>
              <w:t>Olay yerinde gözlenen güvensiz durumlar</w:t>
            </w:r>
          </w:p>
        </w:tc>
        <w:tc>
          <w:tcPr>
            <w:tcW w:type="dxa" w:w="6265"/>
          </w:tcPr>
          <w:p>
            <w:pPr>
              <w:spacing w:after="0"/>
              <w:jc w:val="left"/>
            </w:pPr>
            <w:r/>
            <w:r>
              <w:rPr>
                <w:b w:val="0"/>
                <w:i w:val="0"/>
                <w:sz w:val="20"/>
              </w:rPr>
              <w:t>1) Zeminde ıslak sıva artığı ve su birikintisi. 2) Merdivenin sağ arka kaymaz pabucu aşınmış (EK-2, fotoğraf 5). 3) Merdiveni tutan ikinci kişi yok.</w:t>
            </w:r>
          </w:p>
        </w:tc>
      </w:tr>
      <w:tr>
        <w:trPr>
          <w:trHeight w:val="1247" w:hRule="atLeast"/>
        </w:trPr>
        <w:tc>
          <w:tcPr>
            <w:tcW w:type="dxa" w:w="3373"/>
          </w:tcPr>
          <w:p>
            <w:pPr>
              <w:spacing w:after="0"/>
              <w:jc w:val="left"/>
            </w:pPr>
            <w:r/>
            <w:r>
              <w:rPr>
                <w:b/>
                <w:i w:val="0"/>
                <w:sz w:val="20"/>
              </w:rPr>
              <w:t>Olay yerinde gözlenen güvensiz davranışlar ve dayanağı</w:t>
            </w:r>
          </w:p>
        </w:tc>
        <w:tc>
          <w:tcPr>
            <w:tcW w:type="dxa" w:w="6265"/>
          </w:tcPr>
          <w:p>
            <w:pPr>
              <w:spacing w:after="0"/>
              <w:jc w:val="left"/>
            </w:pPr>
            <w:r/>
            <w:r>
              <w:rPr>
                <w:b w:val="0"/>
                <w:i w:val="0"/>
                <w:sz w:val="20"/>
              </w:rPr>
              <w:t>Kazalı uzanırken gövdesi merdivenin yan dikmesinin dışına taşmış (Tanık 1 beyanı).</w:t>
            </w:r>
          </w:p>
        </w:tc>
      </w:tr>
    </w:tbl>
    <w:p>
      <w:pPr>
        <w:spacing w:after="120" w:before="40"/>
        <w:jc w:val="left"/>
      </w:pPr>
      <w:r>
        <w:rPr>
          <w:b w:val="0"/>
          <w:i/>
          <w:sz w:val="18"/>
        </w:rPr>
        <w:t>Kök neden analizi iş kazası araştırma raporunda yapılır; bu bölüme yalnızca gözlenen olgular yazılır.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8. ALINAN ÖNLEMLER VE BİLDİRİMLER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5669"/>
        <w:gridCol w:w="1984"/>
        <w:gridCol w:w="1984"/>
      </w:tblGrid>
      <w:tr>
        <w:tc>
          <w:tcPr>
            <w:tcW w:type="dxa" w:w="5669"/>
            <w:shd w:val="clear" w:color="auto" w:fill="E7E6E6"/>
          </w:tcPr>
          <w:p>
            <w:pPr>
              <w:spacing w:after="0"/>
              <w:jc w:val="left"/>
            </w:pPr>
            <w:r/>
            <w:r>
              <w:rPr>
                <w:b/>
                <w:i w:val="0"/>
                <w:sz w:val="20"/>
              </w:rPr>
              <w:t>Alınan önlem</w:t>
            </w:r>
          </w:p>
        </w:tc>
        <w:tc>
          <w:tcPr>
            <w:tcW w:type="dxa" w:w="1984"/>
            <w:shd w:val="clear" w:color="auto" w:fill="E7E6E6"/>
          </w:tcPr>
          <w:p>
            <w:pPr>
              <w:spacing w:after="0"/>
              <w:jc w:val="left"/>
            </w:pPr>
            <w:r/>
            <w:r>
              <w:rPr>
                <w:b/>
                <w:i w:val="0"/>
                <w:sz w:val="20"/>
              </w:rPr>
              <w:t>Uygulayan</w:t>
            </w:r>
          </w:p>
        </w:tc>
        <w:tc>
          <w:tcPr>
            <w:tcW w:type="dxa" w:w="1984"/>
            <w:shd w:val="clear" w:color="auto" w:fill="E7E6E6"/>
          </w:tcPr>
          <w:p>
            <w:pPr>
              <w:spacing w:after="0"/>
              <w:jc w:val="left"/>
            </w:pPr>
            <w:r/>
            <w:r>
              <w:rPr>
                <w:b/>
                <w:i w:val="0"/>
                <w:sz w:val="20"/>
              </w:rPr>
              <w:t>Tarih / saat</w:t>
            </w:r>
          </w:p>
        </w:tc>
      </w:tr>
      <w:tr>
        <w:trPr>
          <w:trHeight w:val="397" w:hRule="atLeast"/>
        </w:trPr>
        <w:tc>
          <w:tcPr>
            <w:tcW w:type="dxa" w:w="5669"/>
          </w:tcPr>
          <w:p>
            <w:pPr>
              <w:spacing w:after="0"/>
              <w:jc w:val="left"/>
            </w:pPr>
            <w:r/>
            <w:r>
              <w:rPr>
                <w:b w:val="0"/>
                <w:i w:val="0"/>
                <w:sz w:val="20"/>
              </w:rPr>
              <w:t>Alan şeritle kapatıldı</w:t>
            </w:r>
          </w:p>
        </w:tc>
        <w:tc>
          <w:tcPr>
            <w:tcW w:type="dxa" w:w="1984"/>
          </w:tcPr>
          <w:p>
            <w:pPr>
              <w:spacing w:after="0"/>
              <w:jc w:val="left"/>
            </w:pPr>
            <w:r/>
            <w:r>
              <w:rPr>
                <w:b w:val="0"/>
                <w:i w:val="0"/>
                <w:sz w:val="20"/>
              </w:rPr>
              <w:t>Murat Koçer</w:t>
            </w:r>
          </w:p>
        </w:tc>
        <w:tc>
          <w:tcPr>
            <w:tcW w:type="dxa" w:w="1984"/>
          </w:tcPr>
          <w:p>
            <w:pPr>
              <w:spacing w:after="0"/>
              <w:jc w:val="left"/>
            </w:pPr>
            <w:r/>
            <w:r>
              <w:rPr>
                <w:b w:val="0"/>
                <w:i w:val="0"/>
                <w:sz w:val="20"/>
              </w:rPr>
              <w:t>05.10.2026 10.50</w:t>
            </w:r>
          </w:p>
        </w:tc>
      </w:tr>
      <w:tr>
        <w:trPr>
          <w:trHeight w:val="397" w:hRule="atLeast"/>
        </w:trPr>
        <w:tc>
          <w:tcPr>
            <w:tcW w:type="dxa" w:w="5669"/>
          </w:tcPr>
          <w:p>
            <w:pPr>
              <w:spacing w:after="0"/>
              <w:jc w:val="left"/>
            </w:pPr>
            <w:r/>
            <w:r>
              <w:rPr>
                <w:b w:val="0"/>
                <w:i w:val="0"/>
                <w:sz w:val="20"/>
              </w:rPr>
              <w:t>Merdiven 'kullanılmaz' etiketiyle ayrıldı</w:t>
            </w:r>
          </w:p>
        </w:tc>
        <w:tc>
          <w:tcPr>
            <w:tcW w:type="dxa" w:w="1984"/>
          </w:tcPr>
          <w:p>
            <w:pPr>
              <w:spacing w:after="0"/>
              <w:jc w:val="left"/>
            </w:pPr>
            <w:r/>
            <w:r>
              <w:rPr>
                <w:b w:val="0"/>
                <w:i w:val="0"/>
                <w:sz w:val="20"/>
              </w:rPr>
              <w:t>Elif Şahin</w:t>
            </w:r>
          </w:p>
        </w:tc>
        <w:tc>
          <w:tcPr>
            <w:tcW w:type="dxa" w:w="1984"/>
          </w:tcPr>
          <w:p>
            <w:pPr>
              <w:spacing w:after="0"/>
              <w:jc w:val="left"/>
            </w:pPr>
            <w:r/>
            <w:r>
              <w:rPr>
                <w:b w:val="0"/>
                <w:i w:val="0"/>
                <w:sz w:val="20"/>
              </w:rPr>
              <w:t>05.10.2026 11.00</w:t>
            </w:r>
          </w:p>
        </w:tc>
      </w:tr>
      <w:tr>
        <w:trPr>
          <w:trHeight w:val="397" w:hRule="atLeast"/>
        </w:trPr>
        <w:tc>
          <w:tcPr>
            <w:tcW w:type="dxa" w:w="5669"/>
          </w:tcPr>
          <w:p>
            <w:pPr>
              <w:spacing w:after="0"/>
              <w:jc w:val="left"/>
            </w:pPr>
            <w:r/>
            <w:r>
              <w:rPr>
                <w:b w:val="0"/>
                <w:i w:val="0"/>
                <w:sz w:val="20"/>
              </w:rPr>
              <w:t>Şantiyedeki 14 seyyar merdiven kontrol edildi, 2'si kullanım dışı bırakıldı</w:t>
            </w:r>
          </w:p>
        </w:tc>
        <w:tc>
          <w:tcPr>
            <w:tcW w:type="dxa" w:w="1984"/>
          </w:tcPr>
          <w:p>
            <w:pPr>
              <w:spacing w:after="0"/>
              <w:jc w:val="left"/>
            </w:pPr>
            <w:r/>
            <w:r>
              <w:rPr>
                <w:b w:val="0"/>
                <w:i w:val="0"/>
                <w:sz w:val="20"/>
              </w:rPr>
              <w:t>Elif Şahin</w:t>
            </w:r>
          </w:p>
        </w:tc>
        <w:tc>
          <w:tcPr>
            <w:tcW w:type="dxa" w:w="1984"/>
          </w:tcPr>
          <w:p>
            <w:pPr>
              <w:spacing w:after="0"/>
              <w:jc w:val="left"/>
            </w:pPr>
            <w:r/>
            <w:r>
              <w:rPr>
                <w:b w:val="0"/>
                <w:i w:val="0"/>
                <w:sz w:val="20"/>
              </w:rPr>
              <w:t>05.10.2026 13.00</w:t>
            </w:r>
          </w:p>
        </w:tc>
      </w:tr>
      <w:tr>
        <w:trPr>
          <w:trHeight w:val="397" w:hRule="atLeast"/>
        </w:trPr>
        <w:tc>
          <w:tcPr>
            <w:tcW w:type="dxa" w:w="5669"/>
          </w:tcPr>
          <w:p>
            <w:pPr>
              <w:spacing w:after="0"/>
              <w:jc w:val="left"/>
            </w:pPr>
            <w:r/>
            <w:r>
              <w:rPr>
                <w:b w:val="0"/>
                <w:i w:val="0"/>
                <w:sz w:val="20"/>
              </w:rPr>
              <w:t>Teknik odada sıva işinin platformlu seyyar iskeleyle sürdürülmesi talimatı verildi</w:t>
            </w:r>
          </w:p>
        </w:tc>
        <w:tc>
          <w:tcPr>
            <w:tcW w:type="dxa" w:w="1984"/>
          </w:tcPr>
          <w:p>
            <w:pPr>
              <w:spacing w:after="0"/>
              <w:jc w:val="left"/>
            </w:pPr>
            <w:r/>
            <w:r>
              <w:rPr>
                <w:b w:val="0"/>
                <w:i w:val="0"/>
                <w:sz w:val="20"/>
              </w:rPr>
              <w:t>Murat Koçer</w:t>
            </w:r>
          </w:p>
        </w:tc>
        <w:tc>
          <w:tcPr>
            <w:tcW w:type="dxa" w:w="1984"/>
          </w:tcPr>
          <w:p>
            <w:pPr>
              <w:spacing w:after="0"/>
              <w:jc w:val="left"/>
            </w:pPr>
            <w:r/>
            <w:r>
              <w:rPr>
                <w:b w:val="0"/>
                <w:i w:val="0"/>
                <w:sz w:val="20"/>
              </w:rPr>
              <w:t>05.10.2026 14.00</w:t>
            </w:r>
          </w:p>
        </w:tc>
      </w:tr>
      <w:tr>
        <w:trPr>
          <w:trHeight w:val="397" w:hRule="atLeast"/>
        </w:trPr>
        <w:tc>
          <w:tcPr>
            <w:tcW w:type="dxa" w:w="5669"/>
          </w:tcPr>
          <w:p>
            <w:pPr>
              <w:spacing w:after="0"/>
              <w:jc w:val="left"/>
            </w:pPr>
            <w:r/>
          </w:p>
        </w:tc>
        <w:tc>
          <w:tcPr>
            <w:tcW w:type="dxa" w:w="1984"/>
          </w:tcPr>
          <w:p>
            <w:pPr>
              <w:spacing w:after="0"/>
              <w:jc w:val="left"/>
            </w:pPr>
            <w:r/>
          </w:p>
        </w:tc>
        <w:tc>
          <w:tcPr>
            <w:tcW w:type="dxa" w:w="1984"/>
          </w:tcPr>
          <w:p>
            <w:pPr>
              <w:spacing w:after="0"/>
              <w:jc w:val="left"/>
            </w:pPr>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948"/>
        <w:gridCol w:w="1814"/>
        <w:gridCol w:w="2041"/>
        <w:gridCol w:w="2835"/>
      </w:tblGrid>
      <w:tr>
        <w:tc>
          <w:tcPr>
            <w:tcW w:type="dxa" w:w="2948"/>
            <w:shd w:val="clear" w:color="auto" w:fill="E7E6E6"/>
          </w:tcPr>
          <w:p>
            <w:pPr>
              <w:spacing w:after="0"/>
              <w:jc w:val="left"/>
            </w:pPr>
            <w:r/>
            <w:r>
              <w:rPr>
                <w:b/>
                <w:i w:val="0"/>
                <w:sz w:val="20"/>
              </w:rPr>
              <w:t>Bildirim</w:t>
            </w:r>
          </w:p>
        </w:tc>
        <w:tc>
          <w:tcPr>
            <w:tcW w:type="dxa" w:w="1814"/>
            <w:shd w:val="clear" w:color="auto" w:fill="E7E6E6"/>
          </w:tcPr>
          <w:p>
            <w:pPr>
              <w:spacing w:after="0"/>
              <w:jc w:val="left"/>
            </w:pPr>
            <w:r/>
            <w:r>
              <w:rPr>
                <w:b/>
                <w:i w:val="0"/>
                <w:sz w:val="20"/>
              </w:rPr>
              <w:t>Tarih / saat</w:t>
            </w:r>
          </w:p>
        </w:tc>
        <w:tc>
          <w:tcPr>
            <w:tcW w:type="dxa" w:w="2041"/>
            <w:shd w:val="clear" w:color="auto" w:fill="E7E6E6"/>
          </w:tcPr>
          <w:p>
            <w:pPr>
              <w:spacing w:after="0"/>
              <w:jc w:val="left"/>
            </w:pPr>
            <w:r/>
            <w:r>
              <w:rPr>
                <w:b/>
                <w:i w:val="0"/>
                <w:sz w:val="20"/>
              </w:rPr>
              <w:t>Bildiren</w:t>
            </w:r>
          </w:p>
        </w:tc>
        <w:tc>
          <w:tcPr>
            <w:tcW w:type="dxa" w:w="2835"/>
            <w:shd w:val="clear" w:color="auto" w:fill="E7E6E6"/>
          </w:tcPr>
          <w:p>
            <w:pPr>
              <w:spacing w:after="0"/>
              <w:jc w:val="left"/>
            </w:pPr>
            <w:r/>
            <w:r>
              <w:rPr>
                <w:b/>
                <w:i w:val="0"/>
                <w:sz w:val="20"/>
              </w:rPr>
              <w:t>Açıklama</w:t>
            </w:r>
          </w:p>
        </w:tc>
      </w:tr>
      <w:tr>
        <w:trPr>
          <w:trHeight w:val="397" w:hRule="atLeast"/>
        </w:trPr>
        <w:tc>
          <w:tcPr>
            <w:tcW w:type="dxa" w:w="2948"/>
          </w:tcPr>
          <w:p>
            <w:pPr>
              <w:spacing w:after="0"/>
              <w:jc w:val="left"/>
            </w:pPr>
            <w:r/>
            <w:r>
              <w:rPr>
                <w:b w:val="0"/>
                <w:i w:val="0"/>
                <w:sz w:val="20"/>
              </w:rPr>
              <w:t>Kolluk (polis / jandarma)</w:t>
            </w:r>
          </w:p>
        </w:tc>
        <w:tc>
          <w:tcPr>
            <w:tcW w:type="dxa" w:w="1814"/>
          </w:tcPr>
          <w:p>
            <w:pPr>
              <w:spacing w:after="0"/>
              <w:jc w:val="left"/>
            </w:pPr>
            <w:r/>
            <w:r>
              <w:rPr>
                <w:b w:val="0"/>
                <w:i w:val="0"/>
                <w:sz w:val="20"/>
              </w:rPr>
              <w:t>05.10.2026 10.55</w:t>
            </w:r>
          </w:p>
        </w:tc>
        <w:tc>
          <w:tcPr>
            <w:tcW w:type="dxa" w:w="2041"/>
          </w:tcPr>
          <w:p>
            <w:pPr>
              <w:spacing w:after="0"/>
              <w:jc w:val="left"/>
            </w:pPr>
            <w:r/>
            <w:r>
              <w:rPr>
                <w:b w:val="0"/>
                <w:i w:val="0"/>
                <w:sz w:val="20"/>
              </w:rPr>
              <w:t>Murat Koçer</w:t>
            </w:r>
          </w:p>
        </w:tc>
        <w:tc>
          <w:tcPr>
            <w:tcW w:type="dxa" w:w="2835"/>
          </w:tcPr>
          <w:p>
            <w:pPr>
              <w:spacing w:after="0"/>
              <w:jc w:val="left"/>
            </w:pPr>
            <w:r/>
            <w:r>
              <w:rPr>
                <w:b w:val="0"/>
                <w:i w:val="0"/>
                <w:sz w:val="20"/>
              </w:rPr>
              <w:t>Bölge polis merkezine telefonla</w:t>
            </w:r>
          </w:p>
        </w:tc>
      </w:tr>
      <w:tr>
        <w:trPr>
          <w:trHeight w:val="397" w:hRule="atLeast"/>
        </w:trPr>
        <w:tc>
          <w:tcPr>
            <w:tcW w:type="dxa" w:w="2948"/>
          </w:tcPr>
          <w:p>
            <w:pPr>
              <w:spacing w:after="0"/>
              <w:jc w:val="left"/>
            </w:pPr>
            <w:r/>
            <w:r>
              <w:rPr>
                <w:b w:val="0"/>
                <w:i w:val="0"/>
                <w:sz w:val="20"/>
              </w:rPr>
              <w:t>SGK E-Bildirim (yasal son gün: 08.10.2026)</w:t>
            </w:r>
          </w:p>
        </w:tc>
        <w:tc>
          <w:tcPr>
            <w:tcW w:type="dxa" w:w="1814"/>
          </w:tcPr>
          <w:p>
            <w:pPr>
              <w:spacing w:after="0"/>
              <w:jc w:val="left"/>
            </w:pPr>
            <w:r/>
            <w:r>
              <w:rPr>
                <w:b w:val="0"/>
                <w:i w:val="0"/>
                <w:sz w:val="20"/>
              </w:rPr>
              <w:t>yapıldığında işlenecek</w:t>
            </w:r>
          </w:p>
        </w:tc>
        <w:tc>
          <w:tcPr>
            <w:tcW w:type="dxa" w:w="2041"/>
          </w:tcPr>
          <w:p>
            <w:pPr>
              <w:spacing w:after="0"/>
              <w:jc w:val="left"/>
            </w:pPr>
            <w:r/>
            <w:r>
              <w:rPr>
                <w:b w:val="0"/>
                <w:i w:val="0"/>
                <w:sz w:val="20"/>
              </w:rPr>
              <w:t>İK sorumlusu Deniz Er</w:t>
            </w:r>
          </w:p>
        </w:tc>
        <w:tc>
          <w:tcPr>
            <w:tcW w:type="dxa" w:w="2835"/>
          </w:tcPr>
          <w:p>
            <w:pPr>
              <w:spacing w:after="0"/>
              <w:jc w:val="left"/>
            </w:pPr>
            <w:r/>
            <w:r>
              <w:rPr>
                <w:b w:val="0"/>
                <w:i w:val="0"/>
                <w:sz w:val="20"/>
              </w:rPr>
              <w:t>Bildirim dökümü EK-8 olarak eklenecek</w:t>
            </w:r>
          </w:p>
        </w:tc>
      </w:tr>
      <w:tr>
        <w:trPr>
          <w:trHeight w:val="397" w:hRule="atLeast"/>
        </w:trPr>
        <w:tc>
          <w:tcPr>
            <w:tcW w:type="dxa" w:w="2948"/>
          </w:tcPr>
          <w:p>
            <w:pPr>
              <w:spacing w:after="0"/>
              <w:jc w:val="left"/>
            </w:pPr>
            <w:r/>
            <w:r>
              <w:rPr>
                <w:b w:val="0"/>
                <w:i w:val="0"/>
                <w:sz w:val="20"/>
              </w:rPr>
              <w:t>İşveren / işveren vekiline bilgi</w:t>
            </w:r>
          </w:p>
        </w:tc>
        <w:tc>
          <w:tcPr>
            <w:tcW w:type="dxa" w:w="1814"/>
          </w:tcPr>
          <w:p>
            <w:pPr>
              <w:spacing w:after="0"/>
              <w:jc w:val="left"/>
            </w:pPr>
            <w:r/>
            <w:r>
              <w:rPr>
                <w:b w:val="0"/>
                <w:i w:val="0"/>
                <w:sz w:val="20"/>
              </w:rPr>
              <w:t>05.10.2026 10.52</w:t>
            </w:r>
          </w:p>
        </w:tc>
        <w:tc>
          <w:tcPr>
            <w:tcW w:type="dxa" w:w="2041"/>
          </w:tcPr>
          <w:p>
            <w:pPr>
              <w:spacing w:after="0"/>
              <w:jc w:val="left"/>
            </w:pPr>
            <w:r/>
            <w:r>
              <w:rPr>
                <w:b w:val="0"/>
                <w:i w:val="0"/>
                <w:sz w:val="20"/>
              </w:rPr>
              <w:t>Murat Koçer</w:t>
            </w:r>
          </w:p>
        </w:tc>
        <w:tc>
          <w:tcPr>
            <w:tcW w:type="dxa" w:w="2835"/>
          </w:tcPr>
          <w:p>
            <w:pPr>
              <w:spacing w:after="0"/>
              <w:jc w:val="left"/>
            </w:pPr>
            <w:r/>
            <w:r>
              <w:rPr>
                <w:b w:val="0"/>
                <w:i w:val="0"/>
                <w:sz w:val="20"/>
              </w:rPr>
              <w:t>Serkan Tunç'a telefonla</w:t>
            </w:r>
          </w:p>
        </w:tc>
      </w:tr>
      <w:tr>
        <w:trPr>
          <w:trHeight w:val="397" w:hRule="atLeast"/>
        </w:trPr>
        <w:tc>
          <w:tcPr>
            <w:tcW w:type="dxa" w:w="2948"/>
          </w:tcPr>
          <w:p>
            <w:pPr>
              <w:spacing w:after="0"/>
              <w:jc w:val="left"/>
            </w:pPr>
            <w:r/>
            <w:r>
              <w:rPr>
                <w:b w:val="0"/>
                <w:i w:val="0"/>
                <w:sz w:val="20"/>
              </w:rPr>
              <w:t>Onaylı deftere kayıt</w:t>
            </w:r>
          </w:p>
        </w:tc>
        <w:tc>
          <w:tcPr>
            <w:tcW w:type="dxa" w:w="1814"/>
          </w:tcPr>
          <w:p>
            <w:pPr>
              <w:spacing w:after="0"/>
              <w:jc w:val="left"/>
            </w:pPr>
            <w:r/>
            <w:r>
              <w:rPr>
                <w:b w:val="0"/>
                <w:i w:val="0"/>
                <w:sz w:val="20"/>
              </w:rPr>
              <w:t>05.10.2026 16.00</w:t>
            </w:r>
          </w:p>
        </w:tc>
        <w:tc>
          <w:tcPr>
            <w:tcW w:type="dxa" w:w="2041"/>
          </w:tcPr>
          <w:p>
            <w:pPr>
              <w:spacing w:after="0"/>
              <w:jc w:val="left"/>
            </w:pPr>
            <w:r/>
            <w:r>
              <w:rPr>
                <w:b w:val="0"/>
                <w:i w:val="0"/>
                <w:sz w:val="20"/>
              </w:rPr>
              <w:t>Elif Şahin</w:t>
            </w:r>
          </w:p>
        </w:tc>
        <w:tc>
          <w:tcPr>
            <w:tcW w:type="dxa" w:w="2835"/>
          </w:tcPr>
          <w:p>
            <w:pPr>
              <w:spacing w:after="0"/>
              <w:jc w:val="left"/>
            </w:pPr>
            <w:r/>
            <w:r>
              <w:rPr>
                <w:b w:val="0"/>
                <w:i w:val="0"/>
                <w:sz w:val="20"/>
              </w:rPr>
              <w:t>Tespit ve öneriler yazıldı</w:t>
            </w:r>
          </w:p>
        </w:tc>
      </w:tr>
    </w:tbl>
    <w:p>
      <w:pPr>
        <w:spacing w:after="40" w:before="0"/>
        <w:jc w:val="left"/>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9. EKLER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07"/>
        <w:gridCol w:w="2835"/>
        <w:gridCol w:w="1928"/>
        <w:gridCol w:w="3969"/>
      </w:tblGrid>
      <w:tr>
        <w:tc>
          <w:tcPr>
            <w:tcW w:type="dxa" w:w="907"/>
            <w:shd w:val="clear" w:color="auto" w:fill="E7E6E6"/>
          </w:tcPr>
          <w:p>
            <w:pPr>
              <w:spacing w:after="0"/>
              <w:jc w:val="left"/>
            </w:pPr>
            <w:r/>
            <w:r>
              <w:rPr>
                <w:b/>
                <w:i w:val="0"/>
                <w:sz w:val="20"/>
              </w:rPr>
              <w:t>Ek no</w:t>
            </w:r>
          </w:p>
        </w:tc>
        <w:tc>
          <w:tcPr>
            <w:tcW w:type="dxa" w:w="2835"/>
            <w:shd w:val="clear" w:color="auto" w:fill="E7E6E6"/>
          </w:tcPr>
          <w:p>
            <w:pPr>
              <w:spacing w:after="0"/>
              <w:jc w:val="left"/>
            </w:pPr>
            <w:r/>
            <w:r>
              <w:rPr>
                <w:b/>
                <w:i w:val="0"/>
                <w:sz w:val="20"/>
              </w:rPr>
              <w:t>Belge</w:t>
            </w:r>
          </w:p>
        </w:tc>
        <w:tc>
          <w:tcPr>
            <w:tcW w:type="dxa" w:w="1928"/>
            <w:shd w:val="clear" w:color="auto" w:fill="E7E6E6"/>
          </w:tcPr>
          <w:p>
            <w:pPr>
              <w:spacing w:after="0"/>
              <w:jc w:val="left"/>
            </w:pPr>
            <w:r/>
            <w:r>
              <w:rPr>
                <w:b/>
                <w:i w:val="0"/>
                <w:sz w:val="20"/>
              </w:rPr>
              <w:t>Durum (☐ Var ☐ Yok)</w:t>
            </w:r>
          </w:p>
        </w:tc>
        <w:tc>
          <w:tcPr>
            <w:tcW w:type="dxa" w:w="3969"/>
            <w:shd w:val="clear" w:color="auto" w:fill="E7E6E6"/>
          </w:tcPr>
          <w:p>
            <w:pPr>
              <w:spacing w:after="0"/>
              <w:jc w:val="left"/>
            </w:pPr>
            <w:r/>
            <w:r>
              <w:rPr>
                <w:b/>
                <w:i w:val="0"/>
                <w:sz w:val="20"/>
              </w:rPr>
              <w:t>Açıklama</w:t>
            </w:r>
          </w:p>
        </w:tc>
      </w:tr>
      <w:tr>
        <w:trPr>
          <w:trHeight w:val="397" w:hRule="atLeast"/>
        </w:trPr>
        <w:tc>
          <w:tcPr>
            <w:tcW w:type="dxa" w:w="907"/>
          </w:tcPr>
          <w:p>
            <w:pPr>
              <w:spacing w:after="0"/>
              <w:jc w:val="left"/>
            </w:pPr>
            <w:r/>
            <w:r>
              <w:rPr>
                <w:b w:val="0"/>
                <w:i w:val="0"/>
                <w:sz w:val="20"/>
              </w:rPr>
              <w:t>EK-1</w:t>
            </w:r>
          </w:p>
        </w:tc>
        <w:tc>
          <w:tcPr>
            <w:tcW w:type="dxa" w:w="2835"/>
          </w:tcPr>
          <w:p>
            <w:pPr>
              <w:spacing w:after="0"/>
              <w:jc w:val="left"/>
            </w:pPr>
            <w:r/>
            <w:r>
              <w:rPr>
                <w:b w:val="0"/>
                <w:i w:val="0"/>
                <w:sz w:val="20"/>
              </w:rPr>
              <w:t>Olay yeri krokisi</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Teknik oda 4,2 m x 3,6 m; merdiven kapıdan 1,8 m içeride, duvardan 0,4 m; düşme noktası ve Tanık 1 konumu işaretli</w:t>
            </w:r>
          </w:p>
        </w:tc>
      </w:tr>
      <w:tr>
        <w:trPr>
          <w:trHeight w:val="397" w:hRule="atLeast"/>
        </w:trPr>
        <w:tc>
          <w:tcPr>
            <w:tcW w:type="dxa" w:w="907"/>
          </w:tcPr>
          <w:p>
            <w:pPr>
              <w:spacing w:after="0"/>
              <w:jc w:val="left"/>
            </w:pPr>
            <w:r/>
            <w:r>
              <w:rPr>
                <w:b w:val="0"/>
                <w:i w:val="0"/>
                <w:sz w:val="20"/>
              </w:rPr>
              <w:t>EK-2</w:t>
            </w:r>
          </w:p>
        </w:tc>
        <w:tc>
          <w:tcPr>
            <w:tcW w:type="dxa" w:w="2835"/>
          </w:tcPr>
          <w:p>
            <w:pPr>
              <w:spacing w:after="0"/>
              <w:jc w:val="left"/>
            </w:pPr>
            <w:r/>
            <w:r>
              <w:rPr>
                <w:b w:val="0"/>
                <w:i w:val="0"/>
                <w:sz w:val="20"/>
              </w:rPr>
              <w:t>Fotoğraf listesi</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12 fotoğraf</w:t>
            </w:r>
          </w:p>
        </w:tc>
      </w:tr>
      <w:tr>
        <w:trPr>
          <w:trHeight w:val="397" w:hRule="atLeast"/>
        </w:trPr>
        <w:tc>
          <w:tcPr>
            <w:tcW w:type="dxa" w:w="907"/>
          </w:tcPr>
          <w:p>
            <w:pPr>
              <w:spacing w:after="0"/>
              <w:jc w:val="left"/>
            </w:pPr>
            <w:r/>
            <w:r>
              <w:rPr>
                <w:b w:val="0"/>
                <w:i w:val="0"/>
                <w:sz w:val="20"/>
              </w:rPr>
              <w:t>EK-3</w:t>
            </w:r>
          </w:p>
        </w:tc>
        <w:tc>
          <w:tcPr>
            <w:tcW w:type="dxa" w:w="2835"/>
          </w:tcPr>
          <w:p>
            <w:pPr>
              <w:spacing w:after="0"/>
              <w:jc w:val="left"/>
            </w:pPr>
            <w:r/>
            <w:r>
              <w:rPr>
                <w:b w:val="0"/>
                <w:i w:val="0"/>
                <w:sz w:val="20"/>
              </w:rPr>
              <w:t>Tanık 1 ifade formu</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EK-4</w:t>
            </w:r>
          </w:p>
        </w:tc>
        <w:tc>
          <w:tcPr>
            <w:tcW w:type="dxa" w:w="2835"/>
          </w:tcPr>
          <w:p>
            <w:pPr>
              <w:spacing w:after="0"/>
              <w:jc w:val="left"/>
            </w:pPr>
            <w:r/>
            <w:r>
              <w:rPr>
                <w:b w:val="0"/>
                <w:i w:val="0"/>
                <w:sz w:val="20"/>
              </w:rPr>
              <w:t>Tanık 2 ifade formu</w:t>
            </w:r>
          </w:p>
        </w:tc>
        <w:tc>
          <w:tcPr>
            <w:tcW w:type="dxa" w:w="1928"/>
          </w:tcPr>
          <w:p>
            <w:pPr>
              <w:spacing w:after="0"/>
              <w:jc w:val="left"/>
            </w:pPr>
            <w:r/>
            <w:r>
              <w:rPr>
                <w:b w:val="0"/>
                <w:i w:val="0"/>
                <w:sz w:val="20"/>
              </w:rPr>
              <w:t>☒ Var ☐ Yok</w:t>
            </w:r>
          </w:p>
        </w:tc>
        <w:tc>
          <w:tcPr>
            <w:tcW w:type="dxa" w:w="3969"/>
          </w:tcPr>
          <w:p>
            <w:pPr>
              <w:spacing w:after="0"/>
              <w:jc w:val="left"/>
            </w:pPr>
            <w:r/>
          </w:p>
        </w:tc>
      </w:tr>
      <w:tr>
        <w:trPr>
          <w:trHeight w:val="397" w:hRule="atLeast"/>
        </w:trPr>
        <w:tc>
          <w:tcPr>
            <w:tcW w:type="dxa" w:w="907"/>
          </w:tcPr>
          <w:p>
            <w:pPr>
              <w:spacing w:after="0"/>
              <w:jc w:val="left"/>
            </w:pPr>
            <w:r/>
            <w:r>
              <w:rPr>
                <w:b w:val="0"/>
                <w:i w:val="0"/>
                <w:sz w:val="20"/>
              </w:rPr>
              <w:t>EK-5</w:t>
            </w:r>
          </w:p>
        </w:tc>
        <w:tc>
          <w:tcPr>
            <w:tcW w:type="dxa" w:w="2835"/>
          </w:tcPr>
          <w:p>
            <w:pPr>
              <w:spacing w:after="0"/>
              <w:jc w:val="left"/>
            </w:pPr>
            <w:r/>
            <w:r>
              <w:rPr>
                <w:b w:val="0"/>
                <w:i w:val="0"/>
                <w:sz w:val="20"/>
              </w:rPr>
              <w:t>Kamera kaydı kopyası</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10.35-10.50 arası, USB bellekte</w:t>
            </w:r>
          </w:p>
        </w:tc>
      </w:tr>
      <w:tr>
        <w:trPr>
          <w:trHeight w:val="397" w:hRule="atLeast"/>
        </w:trPr>
        <w:tc>
          <w:tcPr>
            <w:tcW w:type="dxa" w:w="907"/>
          </w:tcPr>
          <w:p>
            <w:pPr>
              <w:spacing w:after="0"/>
              <w:jc w:val="left"/>
            </w:pPr>
            <w:r/>
            <w:r>
              <w:rPr>
                <w:b w:val="0"/>
                <w:i w:val="0"/>
                <w:sz w:val="20"/>
              </w:rPr>
              <w:t>EK-6</w:t>
            </w:r>
          </w:p>
        </w:tc>
        <w:tc>
          <w:tcPr>
            <w:tcW w:type="dxa" w:w="2835"/>
          </w:tcPr>
          <w:p>
            <w:pPr>
              <w:spacing w:after="0"/>
              <w:jc w:val="left"/>
            </w:pPr>
            <w:r/>
            <w:r>
              <w:rPr>
                <w:b w:val="0"/>
                <w:i w:val="0"/>
                <w:sz w:val="20"/>
              </w:rPr>
              <w:t>Ekipman bakım / kontrol kayıtları</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Merdiven kontrol formu</w:t>
            </w:r>
          </w:p>
        </w:tc>
      </w:tr>
      <w:tr>
        <w:trPr>
          <w:trHeight w:val="397" w:hRule="atLeast"/>
        </w:trPr>
        <w:tc>
          <w:tcPr>
            <w:tcW w:type="dxa" w:w="907"/>
          </w:tcPr>
          <w:p>
            <w:pPr>
              <w:spacing w:after="0"/>
              <w:jc w:val="left"/>
            </w:pPr>
            <w:r/>
            <w:r>
              <w:rPr>
                <w:b w:val="0"/>
                <w:i w:val="0"/>
                <w:sz w:val="20"/>
              </w:rPr>
              <w:t>EK-7</w:t>
            </w:r>
          </w:p>
        </w:tc>
        <w:tc>
          <w:tcPr>
            <w:tcW w:type="dxa" w:w="2835"/>
          </w:tcPr>
          <w:p>
            <w:pPr>
              <w:spacing w:after="0"/>
              <w:jc w:val="left"/>
            </w:pPr>
            <w:r/>
            <w:r>
              <w:rPr>
                <w:b w:val="0"/>
                <w:i w:val="0"/>
                <w:sz w:val="20"/>
              </w:rPr>
              <w:t>Sağlık kuruluşu belgesi</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Gelince eklenecek</w:t>
            </w:r>
          </w:p>
        </w:tc>
      </w:tr>
      <w:tr>
        <w:trPr>
          <w:trHeight w:val="397" w:hRule="atLeast"/>
        </w:trPr>
        <w:tc>
          <w:tcPr>
            <w:tcW w:type="dxa" w:w="907"/>
          </w:tcPr>
          <w:p>
            <w:pPr>
              <w:spacing w:after="0"/>
              <w:jc w:val="left"/>
            </w:pPr>
            <w:r/>
            <w:r>
              <w:rPr>
                <w:b w:val="0"/>
                <w:i w:val="0"/>
                <w:sz w:val="20"/>
              </w:rPr>
              <w:t>EK-8</w:t>
            </w:r>
          </w:p>
        </w:tc>
        <w:tc>
          <w:tcPr>
            <w:tcW w:type="dxa" w:w="2835"/>
          </w:tcPr>
          <w:p>
            <w:pPr>
              <w:spacing w:after="0"/>
              <w:jc w:val="left"/>
            </w:pPr>
            <w:r/>
            <w:r>
              <w:rPr>
                <w:b w:val="0"/>
                <w:i w:val="0"/>
                <w:sz w:val="20"/>
              </w:rPr>
              <w:t>SGK bildirim dökümü</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Bildirim yapıldığında eklenecek</w:t>
            </w:r>
          </w:p>
        </w:tc>
      </w:tr>
      <w:tr>
        <w:trPr>
          <w:trHeight w:val="397" w:hRule="atLeast"/>
        </w:trPr>
        <w:tc>
          <w:tcPr>
            <w:tcW w:type="dxa" w:w="907"/>
          </w:tcPr>
          <w:p>
            <w:pPr>
              <w:spacing w:after="0"/>
              <w:jc w:val="left"/>
            </w:pPr>
            <w:r/>
            <w:r>
              <w:rPr>
                <w:b w:val="0"/>
                <w:i w:val="0"/>
                <w:sz w:val="20"/>
              </w:rPr>
              <w:t>EK-9</w:t>
            </w:r>
          </w:p>
        </w:tc>
        <w:tc>
          <w:tcPr>
            <w:tcW w:type="dxa" w:w="2835"/>
          </w:tcPr>
          <w:p>
            <w:pPr>
              <w:spacing w:after="0"/>
              <w:jc w:val="left"/>
            </w:pPr>
            <w:r/>
            <w:r>
              <w:rPr>
                <w:b w:val="0"/>
                <w:i w:val="0"/>
                <w:sz w:val="20"/>
              </w:rPr>
              <w:t>Eğitim ve KKD zimmet kayıtları</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Eğitim katılım formu ve KKD zimmet formu</w:t>
            </w:r>
          </w:p>
        </w:tc>
      </w:tr>
      <w:tr>
        <w:trPr>
          <w:trHeight w:val="397" w:hRule="atLeast"/>
        </w:trPr>
        <w:tc>
          <w:tcPr>
            <w:tcW w:type="dxa" w:w="907"/>
          </w:tcPr>
          <w:p>
            <w:pPr>
              <w:spacing w:after="0"/>
              <w:jc w:val="left"/>
            </w:pPr>
            <w:r/>
            <w:r>
              <w:rPr>
                <w:b w:val="0"/>
                <w:i w:val="0"/>
                <w:sz w:val="20"/>
              </w:rPr>
              <w:t>EK-10</w:t>
            </w:r>
          </w:p>
        </w:tc>
        <w:tc>
          <w:tcPr>
            <w:tcW w:type="dxa" w:w="2835"/>
          </w:tcPr>
          <w:p>
            <w:pPr>
              <w:spacing w:after="0"/>
              <w:jc w:val="left"/>
            </w:pPr>
            <w:r/>
            <w:r>
              <w:rPr>
                <w:b w:val="0"/>
                <w:i w:val="0"/>
                <w:sz w:val="20"/>
              </w:rPr>
              <w:t>Kazalı beyan formu</w:t>
            </w:r>
          </w:p>
        </w:tc>
        <w:tc>
          <w:tcPr>
            <w:tcW w:type="dxa" w:w="1928"/>
          </w:tcPr>
          <w:p>
            <w:pPr>
              <w:spacing w:after="0"/>
              <w:jc w:val="left"/>
            </w:pPr>
            <w:r/>
            <w:r>
              <w:rPr>
                <w:b w:val="0"/>
                <w:i w:val="0"/>
                <w:sz w:val="20"/>
              </w:rPr>
              <w:t>☐ Var ☒ Yok</w:t>
            </w:r>
          </w:p>
        </w:tc>
        <w:tc>
          <w:tcPr>
            <w:tcW w:type="dxa" w:w="3969"/>
          </w:tcPr>
          <w:p>
            <w:pPr>
              <w:spacing w:after="0"/>
              <w:jc w:val="left"/>
            </w:pPr>
            <w:r/>
            <w:r>
              <w:rPr>
                <w:b w:val="0"/>
                <w:i w:val="0"/>
                <w:sz w:val="20"/>
              </w:rPr>
              <w:t>07.10.2026'da alınacak</w:t>
            </w:r>
          </w:p>
        </w:tc>
      </w:tr>
    </w:tbl>
    <w:p>
      <w:r>
        <w:br w:type="page"/>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KROKİ ALANI (EK-1)</w:t>
            </w:r>
          </w:p>
        </w:tc>
      </w:tr>
      <w:tr>
        <w:trPr>
          <w:trHeight w:val="6236" w:hRule="exact"/>
        </w:trPr>
        <w:tc>
          <w:tcPr>
            <w:tcW w:type="dxa" w:w="9638"/>
          </w:tcPr>
          <w:p>
            <w:pPr>
              <w:jc w:val="center"/>
            </w:pPr>
            <w:r>
              <w:drawing>
                <wp:inline xmlns:a="http://schemas.openxmlformats.org/drawingml/2006/main" xmlns:pic="http://schemas.openxmlformats.org/drawingml/2006/picture">
                  <wp:extent cx="4500000" cy="3752044"/>
                  <wp:docPr id="1" name="Picture 1"/>
                  <wp:cNvGraphicFramePr>
                    <a:graphicFrameLocks noChangeAspect="1"/>
                  </wp:cNvGraphicFramePr>
                  <a:graphic>
                    <a:graphicData uri="http://schemas.openxmlformats.org/drawingml/2006/picture">
                      <pic:pic>
                        <pic:nvPicPr>
                          <pic:cNvPr id="0" name="kroki.png"/>
                          <pic:cNvPicPr/>
                        </pic:nvPicPr>
                        <pic:blipFill>
                          <a:blip r:embed="rId13"/>
                          <a:stretch>
                            <a:fillRect/>
                          </a:stretch>
                        </pic:blipFill>
                        <pic:spPr>
                          <a:xfrm>
                            <a:off x="0" y="0"/>
                            <a:ext cx="4500000" cy="3752044"/>
                          </a:xfrm>
                          <a:prstGeom prst="rect"/>
                        </pic:spPr>
                      </pic:pic>
                    </a:graphicData>
                  </a:graphic>
                </wp:inline>
              </w:drawing>
            </w:r>
          </w:p>
        </w:tc>
      </w:tr>
    </w:tbl>
    <w:p>
      <w:pPr>
        <w:spacing w:after="160" w:before="40"/>
        <w:jc w:val="left"/>
      </w:pPr>
      <w:r>
        <w:rPr>
          <w:b w:val="0"/>
          <w:i w:val="0"/>
          <w:sz w:val="16"/>
        </w:rPr>
        <w:t>Sabit referansı (kolon, kapı veya kuzey yönü), ölçüleri, ekipmanın ve kazalının konumunu ve tanıkların durduğu yerleri gösteriniz.</w:t>
      </w:r>
    </w:p>
    <w:p>
      <w:pPr>
        <w:keepNext/>
        <w:spacing w:after="40" w:before="0"/>
        <w:jc w:val="left"/>
      </w:pPr>
      <w:r>
        <w:rPr>
          <w:b/>
          <w:i w:val="0"/>
          <w:sz w:val="22"/>
        </w:rPr>
        <w:t>FOTOĞRAF LİSTESİ (EK-2)</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850"/>
        <w:gridCol w:w="2551"/>
        <w:gridCol w:w="1701"/>
        <w:gridCol w:w="4535"/>
      </w:tblGrid>
      <w:tr>
        <w:tc>
          <w:tcPr>
            <w:tcW w:type="dxa" w:w="850"/>
            <w:shd w:val="clear" w:color="auto" w:fill="E7E6E6"/>
          </w:tcPr>
          <w:p>
            <w:pPr>
              <w:spacing w:after="0"/>
              <w:jc w:val="left"/>
            </w:pPr>
            <w:r/>
            <w:r>
              <w:rPr>
                <w:b/>
                <w:i w:val="0"/>
                <w:sz w:val="20"/>
              </w:rPr>
              <w:t>Sıra</w:t>
            </w:r>
          </w:p>
        </w:tc>
        <w:tc>
          <w:tcPr>
            <w:tcW w:type="dxa" w:w="2551"/>
            <w:shd w:val="clear" w:color="auto" w:fill="E7E6E6"/>
          </w:tcPr>
          <w:p>
            <w:pPr>
              <w:spacing w:after="0"/>
              <w:jc w:val="left"/>
            </w:pPr>
            <w:r/>
            <w:r>
              <w:rPr>
                <w:b/>
                <w:i w:val="0"/>
                <w:sz w:val="20"/>
              </w:rPr>
              <w:t>Dosya adı</w:t>
            </w:r>
          </w:p>
        </w:tc>
        <w:tc>
          <w:tcPr>
            <w:tcW w:type="dxa" w:w="1701"/>
            <w:shd w:val="clear" w:color="auto" w:fill="E7E6E6"/>
          </w:tcPr>
          <w:p>
            <w:pPr>
              <w:spacing w:after="0"/>
              <w:jc w:val="left"/>
            </w:pPr>
            <w:r/>
            <w:r>
              <w:rPr>
                <w:b/>
                <w:i w:val="0"/>
                <w:sz w:val="20"/>
              </w:rPr>
              <w:t>Çekim saati</w:t>
            </w:r>
          </w:p>
        </w:tc>
        <w:tc>
          <w:tcPr>
            <w:tcW w:type="dxa" w:w="4535"/>
            <w:shd w:val="clear" w:color="auto" w:fill="E7E6E6"/>
          </w:tcPr>
          <w:p>
            <w:pPr>
              <w:spacing w:after="0"/>
              <w:jc w:val="left"/>
            </w:pPr>
            <w:r/>
            <w:r>
              <w:rPr>
                <w:b/>
                <w:i w:val="0"/>
                <w:sz w:val="20"/>
              </w:rPr>
              <w:t>Ne gösteriyor</w:t>
            </w:r>
          </w:p>
        </w:tc>
      </w:tr>
      <w:tr>
        <w:trPr>
          <w:trHeight w:val="397" w:hRule="atLeast"/>
        </w:trPr>
        <w:tc>
          <w:tcPr>
            <w:tcW w:type="dxa" w:w="850"/>
          </w:tcPr>
          <w:p>
            <w:pPr>
              <w:spacing w:after="0"/>
              <w:jc w:val="left"/>
            </w:pPr>
            <w:r/>
            <w:r>
              <w:rPr>
                <w:b w:val="0"/>
                <w:i w:val="0"/>
                <w:sz w:val="20"/>
              </w:rPr>
              <w:t>1</w:t>
            </w:r>
          </w:p>
        </w:tc>
        <w:tc>
          <w:tcPr>
            <w:tcW w:type="dxa" w:w="2551"/>
          </w:tcPr>
          <w:p>
            <w:pPr>
              <w:spacing w:after="0"/>
              <w:jc w:val="left"/>
            </w:pPr>
            <w:r/>
            <w:r>
              <w:rPr>
                <w:b w:val="0"/>
                <w:i w:val="0"/>
                <w:sz w:val="20"/>
              </w:rPr>
              <w:t>IMG_0412</w:t>
            </w:r>
          </w:p>
        </w:tc>
        <w:tc>
          <w:tcPr>
            <w:tcW w:type="dxa" w:w="1701"/>
          </w:tcPr>
          <w:p>
            <w:pPr>
              <w:spacing w:after="0"/>
              <w:jc w:val="left"/>
            </w:pPr>
            <w:r/>
            <w:r>
              <w:rPr>
                <w:b w:val="0"/>
                <w:i w:val="0"/>
                <w:sz w:val="20"/>
              </w:rPr>
              <w:t>11.02</w:t>
            </w:r>
          </w:p>
        </w:tc>
        <w:tc>
          <w:tcPr>
            <w:tcW w:type="dxa" w:w="4535"/>
          </w:tcPr>
          <w:p>
            <w:pPr>
              <w:spacing w:after="0"/>
              <w:jc w:val="left"/>
            </w:pPr>
            <w:r/>
            <w:r>
              <w:rPr>
                <w:b w:val="0"/>
                <w:i w:val="0"/>
                <w:sz w:val="20"/>
              </w:rPr>
              <w:t>Teknik odanın kapıdan genel görünümü</w:t>
            </w:r>
          </w:p>
        </w:tc>
      </w:tr>
      <w:tr>
        <w:trPr>
          <w:trHeight w:val="397" w:hRule="atLeast"/>
        </w:trPr>
        <w:tc>
          <w:tcPr>
            <w:tcW w:type="dxa" w:w="850"/>
          </w:tcPr>
          <w:p>
            <w:pPr>
              <w:spacing w:after="0"/>
              <w:jc w:val="left"/>
            </w:pPr>
            <w:r/>
            <w:r>
              <w:rPr>
                <w:b w:val="0"/>
                <w:i w:val="0"/>
                <w:sz w:val="20"/>
              </w:rPr>
              <w:t>2</w:t>
            </w:r>
          </w:p>
        </w:tc>
        <w:tc>
          <w:tcPr>
            <w:tcW w:type="dxa" w:w="2551"/>
          </w:tcPr>
          <w:p>
            <w:pPr>
              <w:spacing w:after="0"/>
              <w:jc w:val="left"/>
            </w:pPr>
            <w:r/>
            <w:r>
              <w:rPr>
                <w:b w:val="0"/>
                <w:i w:val="0"/>
                <w:sz w:val="20"/>
              </w:rPr>
              <w:t>IMG_0413</w:t>
            </w:r>
          </w:p>
        </w:tc>
        <w:tc>
          <w:tcPr>
            <w:tcW w:type="dxa" w:w="1701"/>
          </w:tcPr>
          <w:p>
            <w:pPr>
              <w:spacing w:after="0"/>
              <w:jc w:val="left"/>
            </w:pPr>
            <w:r/>
            <w:r>
              <w:rPr>
                <w:b w:val="0"/>
                <w:i w:val="0"/>
                <w:sz w:val="20"/>
              </w:rPr>
              <w:t>11.03</w:t>
            </w:r>
          </w:p>
        </w:tc>
        <w:tc>
          <w:tcPr>
            <w:tcW w:type="dxa" w:w="4535"/>
          </w:tcPr>
          <w:p>
            <w:pPr>
              <w:spacing w:after="0"/>
              <w:jc w:val="left"/>
            </w:pPr>
            <w:r/>
            <w:r>
              <w:rPr>
                <w:b w:val="0"/>
                <w:i w:val="0"/>
                <w:sz w:val="20"/>
              </w:rPr>
              <w:t>Odanın karşı köşeden görünümü</w:t>
            </w:r>
          </w:p>
        </w:tc>
      </w:tr>
      <w:tr>
        <w:trPr>
          <w:trHeight w:val="397" w:hRule="atLeast"/>
        </w:trPr>
        <w:tc>
          <w:tcPr>
            <w:tcW w:type="dxa" w:w="850"/>
          </w:tcPr>
          <w:p>
            <w:pPr>
              <w:spacing w:after="0"/>
              <w:jc w:val="left"/>
            </w:pPr>
            <w:r/>
            <w:r>
              <w:rPr>
                <w:b w:val="0"/>
                <w:i w:val="0"/>
                <w:sz w:val="20"/>
              </w:rPr>
              <w:t>3</w:t>
            </w:r>
          </w:p>
        </w:tc>
        <w:tc>
          <w:tcPr>
            <w:tcW w:type="dxa" w:w="2551"/>
          </w:tcPr>
          <w:p>
            <w:pPr>
              <w:spacing w:after="0"/>
              <w:jc w:val="left"/>
            </w:pPr>
            <w:r/>
            <w:r>
              <w:rPr>
                <w:b w:val="0"/>
                <w:i w:val="0"/>
                <w:sz w:val="20"/>
              </w:rPr>
              <w:t>IMG_0414</w:t>
            </w:r>
          </w:p>
        </w:tc>
        <w:tc>
          <w:tcPr>
            <w:tcW w:type="dxa" w:w="1701"/>
          </w:tcPr>
          <w:p>
            <w:pPr>
              <w:spacing w:after="0"/>
              <w:jc w:val="left"/>
            </w:pPr>
            <w:r/>
            <w:r>
              <w:rPr>
                <w:b w:val="0"/>
                <w:i w:val="0"/>
                <w:sz w:val="20"/>
              </w:rPr>
              <w:t>11.04</w:t>
            </w:r>
          </w:p>
        </w:tc>
        <w:tc>
          <w:tcPr>
            <w:tcW w:type="dxa" w:w="4535"/>
          </w:tcPr>
          <w:p>
            <w:pPr>
              <w:spacing w:after="0"/>
              <w:jc w:val="left"/>
            </w:pPr>
            <w:r/>
            <w:r>
              <w:rPr>
                <w:b w:val="0"/>
                <w:i w:val="0"/>
                <w:sz w:val="20"/>
              </w:rPr>
              <w:t>Devrilmiş merdiven ve sıva teknesi</w:t>
            </w:r>
          </w:p>
        </w:tc>
      </w:tr>
      <w:tr>
        <w:trPr>
          <w:trHeight w:val="397" w:hRule="atLeast"/>
        </w:trPr>
        <w:tc>
          <w:tcPr>
            <w:tcW w:type="dxa" w:w="850"/>
          </w:tcPr>
          <w:p>
            <w:pPr>
              <w:spacing w:after="0"/>
              <w:jc w:val="left"/>
            </w:pPr>
            <w:r/>
            <w:r>
              <w:rPr>
                <w:b w:val="0"/>
                <w:i w:val="0"/>
                <w:sz w:val="20"/>
              </w:rPr>
              <w:t>4</w:t>
            </w:r>
          </w:p>
        </w:tc>
        <w:tc>
          <w:tcPr>
            <w:tcW w:type="dxa" w:w="2551"/>
          </w:tcPr>
          <w:p>
            <w:pPr>
              <w:spacing w:after="0"/>
              <w:jc w:val="left"/>
            </w:pPr>
            <w:r/>
            <w:r>
              <w:rPr>
                <w:b w:val="0"/>
                <w:i w:val="0"/>
                <w:sz w:val="20"/>
              </w:rPr>
              <w:t>IMG_0415</w:t>
            </w:r>
          </w:p>
        </w:tc>
        <w:tc>
          <w:tcPr>
            <w:tcW w:type="dxa" w:w="1701"/>
          </w:tcPr>
          <w:p>
            <w:pPr>
              <w:spacing w:after="0"/>
              <w:jc w:val="left"/>
            </w:pPr>
            <w:r/>
            <w:r>
              <w:rPr>
                <w:b w:val="0"/>
                <w:i w:val="0"/>
                <w:sz w:val="20"/>
              </w:rPr>
              <w:t>11.05</w:t>
            </w:r>
          </w:p>
        </w:tc>
        <w:tc>
          <w:tcPr>
            <w:tcW w:type="dxa" w:w="4535"/>
          </w:tcPr>
          <w:p>
            <w:pPr>
              <w:spacing w:after="0"/>
              <w:jc w:val="left"/>
            </w:pPr>
            <w:r/>
            <w:r>
              <w:rPr>
                <w:b w:val="0"/>
                <w:i w:val="0"/>
                <w:sz w:val="20"/>
              </w:rPr>
              <w:t>Zemindeki ıslak sıva artığı, metreyle</w:t>
            </w:r>
          </w:p>
        </w:tc>
      </w:tr>
      <w:tr>
        <w:trPr>
          <w:trHeight w:val="397" w:hRule="atLeast"/>
        </w:trPr>
        <w:tc>
          <w:tcPr>
            <w:tcW w:type="dxa" w:w="850"/>
          </w:tcPr>
          <w:p>
            <w:pPr>
              <w:spacing w:after="0"/>
              <w:jc w:val="left"/>
            </w:pPr>
            <w:r/>
            <w:r>
              <w:rPr>
                <w:b w:val="0"/>
                <w:i w:val="0"/>
                <w:sz w:val="20"/>
              </w:rPr>
              <w:t>5</w:t>
            </w:r>
          </w:p>
        </w:tc>
        <w:tc>
          <w:tcPr>
            <w:tcW w:type="dxa" w:w="2551"/>
          </w:tcPr>
          <w:p>
            <w:pPr>
              <w:spacing w:after="0"/>
              <w:jc w:val="left"/>
            </w:pPr>
            <w:r/>
            <w:r>
              <w:rPr>
                <w:b w:val="0"/>
                <w:i w:val="0"/>
                <w:sz w:val="20"/>
              </w:rPr>
              <w:t>IMG_0416</w:t>
            </w:r>
          </w:p>
        </w:tc>
        <w:tc>
          <w:tcPr>
            <w:tcW w:type="dxa" w:w="1701"/>
          </w:tcPr>
          <w:p>
            <w:pPr>
              <w:spacing w:after="0"/>
              <w:jc w:val="left"/>
            </w:pPr>
            <w:r/>
            <w:r>
              <w:rPr>
                <w:b w:val="0"/>
                <w:i w:val="0"/>
                <w:sz w:val="20"/>
              </w:rPr>
              <w:t>11.06</w:t>
            </w:r>
          </w:p>
        </w:tc>
        <w:tc>
          <w:tcPr>
            <w:tcW w:type="dxa" w:w="4535"/>
          </w:tcPr>
          <w:p>
            <w:pPr>
              <w:spacing w:after="0"/>
              <w:jc w:val="left"/>
            </w:pPr>
            <w:r/>
            <w:r>
              <w:rPr>
                <w:b w:val="0"/>
                <w:i w:val="0"/>
                <w:sz w:val="20"/>
              </w:rPr>
              <w:t>Sağ arka kaymaz pabucun yakın planı, cetvelle</w:t>
            </w:r>
          </w:p>
        </w:tc>
      </w:tr>
      <w:tr>
        <w:trPr>
          <w:trHeight w:val="397" w:hRule="atLeast"/>
        </w:trPr>
        <w:tc>
          <w:tcPr>
            <w:tcW w:type="dxa" w:w="850"/>
          </w:tcPr>
          <w:p>
            <w:pPr>
              <w:spacing w:after="0"/>
              <w:jc w:val="left"/>
            </w:pPr>
            <w:r/>
            <w:r>
              <w:rPr>
                <w:b w:val="0"/>
                <w:i w:val="0"/>
                <w:sz w:val="20"/>
              </w:rPr>
              <w:t>6</w:t>
            </w:r>
          </w:p>
        </w:tc>
        <w:tc>
          <w:tcPr>
            <w:tcW w:type="dxa" w:w="2551"/>
          </w:tcPr>
          <w:p>
            <w:pPr>
              <w:spacing w:after="0"/>
              <w:jc w:val="left"/>
            </w:pPr>
            <w:r/>
            <w:r>
              <w:rPr>
                <w:b w:val="0"/>
                <w:i w:val="0"/>
                <w:sz w:val="20"/>
              </w:rPr>
              <w:t>IMG_0417</w:t>
            </w:r>
          </w:p>
        </w:tc>
        <w:tc>
          <w:tcPr>
            <w:tcW w:type="dxa" w:w="1701"/>
          </w:tcPr>
          <w:p>
            <w:pPr>
              <w:spacing w:after="0"/>
              <w:jc w:val="left"/>
            </w:pPr>
            <w:r/>
            <w:r>
              <w:rPr>
                <w:b w:val="0"/>
                <w:i w:val="0"/>
                <w:sz w:val="20"/>
              </w:rPr>
              <w:t>11.07</w:t>
            </w:r>
          </w:p>
        </w:tc>
        <w:tc>
          <w:tcPr>
            <w:tcW w:type="dxa" w:w="4535"/>
          </w:tcPr>
          <w:p>
            <w:pPr>
              <w:spacing w:after="0"/>
              <w:jc w:val="left"/>
            </w:pPr>
            <w:r/>
            <w:r>
              <w:rPr>
                <w:b w:val="0"/>
                <w:i w:val="0"/>
                <w:sz w:val="20"/>
              </w:rPr>
              <w:t>Diğer üç pabucun yakın planı</w:t>
            </w:r>
          </w:p>
        </w:tc>
      </w:tr>
      <w:tr>
        <w:trPr>
          <w:trHeight w:val="397" w:hRule="atLeast"/>
        </w:trPr>
        <w:tc>
          <w:tcPr>
            <w:tcW w:type="dxa" w:w="850"/>
          </w:tcPr>
          <w:p>
            <w:pPr>
              <w:spacing w:after="0"/>
              <w:jc w:val="left"/>
            </w:pPr>
            <w:r/>
            <w:r>
              <w:rPr>
                <w:b w:val="0"/>
                <w:i w:val="0"/>
                <w:sz w:val="20"/>
              </w:rPr>
              <w:t>7-12</w:t>
            </w:r>
          </w:p>
        </w:tc>
        <w:tc>
          <w:tcPr>
            <w:tcW w:type="dxa" w:w="2551"/>
          </w:tcPr>
          <w:p>
            <w:pPr>
              <w:spacing w:after="0"/>
              <w:jc w:val="left"/>
            </w:pPr>
            <w:r/>
            <w:r>
              <w:rPr>
                <w:b w:val="0"/>
                <w:i w:val="0"/>
                <w:sz w:val="20"/>
              </w:rPr>
              <w:t>IMG_0418 ile IMG_0423</w:t>
            </w:r>
          </w:p>
        </w:tc>
        <w:tc>
          <w:tcPr>
            <w:tcW w:type="dxa" w:w="1701"/>
          </w:tcPr>
          <w:p>
            <w:pPr>
              <w:spacing w:after="0"/>
              <w:jc w:val="left"/>
            </w:pPr>
            <w:r/>
            <w:r>
              <w:rPr>
                <w:b w:val="0"/>
                <w:i w:val="0"/>
                <w:sz w:val="20"/>
              </w:rPr>
              <w:t>11.08 ile 11.15</w:t>
            </w:r>
          </w:p>
        </w:tc>
        <w:tc>
          <w:tcPr>
            <w:tcW w:type="dxa" w:w="4535"/>
          </w:tcPr>
          <w:p>
            <w:pPr>
              <w:spacing w:after="0"/>
              <w:jc w:val="left"/>
            </w:pPr>
            <w:r/>
            <w:r>
              <w:rPr>
                <w:b w:val="0"/>
                <w:i w:val="0"/>
                <w:sz w:val="20"/>
              </w:rPr>
              <w:t>Dört yönden tamamlayıcı çekimler ve merdiven etiketi</w:t>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r>
        <w:trPr>
          <w:trHeight w:val="397" w:hRule="atLeast"/>
        </w:trPr>
        <w:tc>
          <w:tcPr>
            <w:tcW w:type="dxa" w:w="850"/>
          </w:tcPr>
          <w:p>
            <w:pPr>
              <w:spacing w:after="0"/>
              <w:jc w:val="left"/>
            </w:pPr>
            <w:r/>
          </w:p>
        </w:tc>
        <w:tc>
          <w:tcPr>
            <w:tcW w:type="dxa" w:w="2551"/>
          </w:tcPr>
          <w:p>
            <w:pPr>
              <w:spacing w:after="0"/>
              <w:jc w:val="left"/>
            </w:pPr>
            <w:r/>
          </w:p>
        </w:tc>
        <w:tc>
          <w:tcPr>
            <w:tcW w:type="dxa" w:w="1701"/>
          </w:tcPr>
          <w:p>
            <w:pPr>
              <w:spacing w:after="0"/>
              <w:jc w:val="left"/>
            </w:pPr>
            <w:r/>
          </w:p>
        </w:tc>
        <w:tc>
          <w:tcPr>
            <w:tcW w:type="dxa" w:w="4535"/>
          </w:tcPr>
          <w:p>
            <w:pPr>
              <w:spacing w:after="0"/>
              <w:jc w:val="left"/>
            </w:pPr>
            <w:r/>
          </w:p>
        </w:tc>
      </w:tr>
    </w:tbl>
    <w:p>
      <w:r>
        <w:br w:type="page"/>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c>
          <w:tcPr>
            <w:tcW w:type="dxa" w:w="9638"/>
            <w:shd w:val="clear" w:color="auto" w:fill="E7E6E6"/>
          </w:tcPr>
          <w:p>
            <w:pPr>
              <w:spacing w:after="0"/>
              <w:jc w:val="left"/>
            </w:pPr>
            <w:r/>
            <w:r>
              <w:rPr>
                <w:b/>
                <w:i w:val="0"/>
                <w:sz w:val="22"/>
              </w:rPr>
              <w:t>10. İMZALAR</w:t>
            </w:r>
          </w:p>
        </w:tc>
      </w:tr>
    </w:tbl>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835"/>
        <w:gridCol w:w="2551"/>
        <w:gridCol w:w="2551"/>
        <w:gridCol w:w="1701"/>
      </w:tblGrid>
      <w:tr>
        <w:tc>
          <w:tcPr>
            <w:tcW w:type="dxa" w:w="2835"/>
            <w:shd w:val="clear" w:color="auto" w:fill="E7E6E6"/>
          </w:tcPr>
          <w:p>
            <w:pPr>
              <w:spacing w:after="0"/>
              <w:jc w:val="left"/>
            </w:pPr>
            <w:r/>
            <w:r>
              <w:rPr>
                <w:b/>
                <w:i w:val="0"/>
                <w:sz w:val="20"/>
              </w:rPr>
              <w:t>Görevi</w:t>
            </w:r>
          </w:p>
        </w:tc>
        <w:tc>
          <w:tcPr>
            <w:tcW w:type="dxa" w:w="2551"/>
            <w:shd w:val="clear" w:color="auto" w:fill="E7E6E6"/>
          </w:tcPr>
          <w:p>
            <w:pPr>
              <w:spacing w:after="0"/>
              <w:jc w:val="left"/>
            </w:pPr>
            <w:r/>
            <w:r>
              <w:rPr>
                <w:b/>
                <w:i w:val="0"/>
                <w:sz w:val="20"/>
              </w:rPr>
              <w:t>Adı soyadı</w:t>
            </w:r>
          </w:p>
        </w:tc>
        <w:tc>
          <w:tcPr>
            <w:tcW w:type="dxa" w:w="2551"/>
            <w:shd w:val="clear" w:color="auto" w:fill="E7E6E6"/>
          </w:tcPr>
          <w:p>
            <w:pPr>
              <w:spacing w:after="0"/>
              <w:jc w:val="left"/>
            </w:pPr>
            <w:r/>
            <w:r>
              <w:rPr>
                <w:b/>
                <w:i w:val="0"/>
                <w:sz w:val="20"/>
              </w:rPr>
              <w:t>İmza</w:t>
            </w:r>
          </w:p>
        </w:tc>
        <w:tc>
          <w:tcPr>
            <w:tcW w:type="dxa" w:w="1701"/>
            <w:shd w:val="clear" w:color="auto" w:fill="E7E6E6"/>
          </w:tcPr>
          <w:p>
            <w:pPr>
              <w:spacing w:after="0"/>
              <w:jc w:val="left"/>
            </w:pPr>
            <w:r/>
            <w:r>
              <w:rPr>
                <w:b/>
                <w:i w:val="0"/>
                <w:sz w:val="20"/>
              </w:rPr>
              <w:t>Tarih</w:t>
            </w:r>
          </w:p>
        </w:tc>
      </w:tr>
      <w:tr>
        <w:trPr>
          <w:trHeight w:val="510" w:hRule="atLeast"/>
        </w:trPr>
        <w:tc>
          <w:tcPr>
            <w:tcW w:type="dxa" w:w="2835"/>
          </w:tcPr>
          <w:p>
            <w:pPr>
              <w:spacing w:after="0"/>
              <w:jc w:val="left"/>
            </w:pPr>
            <w:r/>
            <w:r>
              <w:rPr>
                <w:b w:val="0"/>
                <w:i w:val="0"/>
                <w:sz w:val="20"/>
              </w:rPr>
              <w:t>Düzenleyen (şantiye şefi)</w:t>
            </w:r>
          </w:p>
        </w:tc>
        <w:tc>
          <w:tcPr>
            <w:tcW w:type="dxa" w:w="2551"/>
          </w:tcPr>
          <w:p>
            <w:pPr>
              <w:spacing w:after="0"/>
              <w:jc w:val="left"/>
            </w:pPr>
            <w:r/>
            <w:r>
              <w:rPr>
                <w:b w:val="0"/>
                <w:i w:val="0"/>
                <w:sz w:val="20"/>
              </w:rPr>
              <w:t>Murat Koçer</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05.10.2026</w:t>
            </w:r>
          </w:p>
        </w:tc>
      </w:tr>
      <w:tr>
        <w:trPr>
          <w:trHeight w:val="510" w:hRule="atLeast"/>
        </w:trPr>
        <w:tc>
          <w:tcPr>
            <w:tcW w:type="dxa" w:w="2835"/>
          </w:tcPr>
          <w:p>
            <w:pPr>
              <w:spacing w:after="0"/>
              <w:jc w:val="left"/>
            </w:pPr>
            <w:r/>
            <w:r>
              <w:rPr>
                <w:b w:val="0"/>
                <w:i w:val="0"/>
                <w:sz w:val="20"/>
              </w:rPr>
              <w:t>İş güvenliği uzmanı</w:t>
            </w:r>
          </w:p>
        </w:tc>
        <w:tc>
          <w:tcPr>
            <w:tcW w:type="dxa" w:w="2551"/>
          </w:tcPr>
          <w:p>
            <w:pPr>
              <w:spacing w:after="0"/>
              <w:jc w:val="left"/>
            </w:pPr>
            <w:r/>
            <w:r>
              <w:rPr>
                <w:b w:val="0"/>
                <w:i w:val="0"/>
                <w:sz w:val="20"/>
              </w:rPr>
              <w:t>Elif Şahin</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05.10.2026</w:t>
            </w:r>
          </w:p>
        </w:tc>
      </w:tr>
      <w:tr>
        <w:trPr>
          <w:trHeight w:val="510" w:hRule="atLeast"/>
        </w:trPr>
        <w:tc>
          <w:tcPr>
            <w:tcW w:type="dxa" w:w="2835"/>
          </w:tcPr>
          <w:p>
            <w:pPr>
              <w:spacing w:after="0"/>
              <w:jc w:val="left"/>
            </w:pPr>
            <w:r/>
            <w:r>
              <w:rPr>
                <w:b w:val="0"/>
                <w:i w:val="0"/>
                <w:sz w:val="20"/>
              </w:rPr>
              <w:t>İşyeri hekimi</w:t>
            </w:r>
          </w:p>
        </w:tc>
        <w:tc>
          <w:tcPr>
            <w:tcW w:type="dxa" w:w="2551"/>
          </w:tcPr>
          <w:p>
            <w:pPr>
              <w:spacing w:after="0"/>
              <w:jc w:val="left"/>
            </w:pPr>
            <w:r/>
            <w:r>
              <w:rPr>
                <w:b w:val="0"/>
                <w:i w:val="0"/>
                <w:sz w:val="20"/>
              </w:rPr>
              <w:t>Dr. Can Yalçın</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06.10.2026</w:t>
            </w:r>
          </w:p>
        </w:tc>
      </w:tr>
      <w:tr>
        <w:trPr>
          <w:trHeight w:val="510" w:hRule="atLeast"/>
        </w:trPr>
        <w:tc>
          <w:tcPr>
            <w:tcW w:type="dxa" w:w="2835"/>
          </w:tcPr>
          <w:p>
            <w:pPr>
              <w:spacing w:after="0"/>
              <w:jc w:val="left"/>
            </w:pPr>
            <w:r/>
            <w:r>
              <w:rPr>
                <w:b w:val="0"/>
                <w:i w:val="0"/>
                <w:sz w:val="20"/>
              </w:rPr>
              <w:t>Tanık 1</w:t>
            </w:r>
          </w:p>
        </w:tc>
        <w:tc>
          <w:tcPr>
            <w:tcW w:type="dxa" w:w="2551"/>
          </w:tcPr>
          <w:p>
            <w:pPr>
              <w:spacing w:after="0"/>
              <w:jc w:val="left"/>
            </w:pPr>
            <w:r/>
            <w:r>
              <w:rPr>
                <w:b w:val="0"/>
                <w:i w:val="0"/>
                <w:sz w:val="20"/>
              </w:rPr>
              <w:t>Burak Demirtaş</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05.10.2026</w:t>
            </w:r>
          </w:p>
        </w:tc>
      </w:tr>
      <w:tr>
        <w:trPr>
          <w:trHeight w:val="510" w:hRule="atLeast"/>
        </w:trPr>
        <w:tc>
          <w:tcPr>
            <w:tcW w:type="dxa" w:w="2835"/>
          </w:tcPr>
          <w:p>
            <w:pPr>
              <w:spacing w:after="0"/>
              <w:jc w:val="left"/>
            </w:pPr>
            <w:r/>
            <w:r>
              <w:rPr>
                <w:b w:val="0"/>
                <w:i w:val="0"/>
                <w:sz w:val="20"/>
              </w:rPr>
              <w:t>Tanık 2</w:t>
            </w:r>
          </w:p>
        </w:tc>
        <w:tc>
          <w:tcPr>
            <w:tcW w:type="dxa" w:w="2551"/>
          </w:tcPr>
          <w:p>
            <w:pPr>
              <w:spacing w:after="0"/>
              <w:jc w:val="left"/>
            </w:pPr>
            <w:r/>
            <w:r>
              <w:rPr>
                <w:b w:val="0"/>
                <w:i w:val="0"/>
                <w:sz w:val="20"/>
              </w:rPr>
              <w:t>Hakan Ural</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05.10.2026</w:t>
            </w:r>
          </w:p>
        </w:tc>
      </w:tr>
      <w:tr>
        <w:trPr>
          <w:trHeight w:val="510" w:hRule="atLeast"/>
        </w:trPr>
        <w:tc>
          <w:tcPr>
            <w:tcW w:type="dxa" w:w="2835"/>
          </w:tcPr>
          <w:p>
            <w:pPr>
              <w:spacing w:after="0"/>
              <w:jc w:val="left"/>
            </w:pPr>
            <w:r/>
            <w:r>
              <w:rPr>
                <w:b w:val="0"/>
                <w:i w:val="0"/>
                <w:sz w:val="20"/>
              </w:rPr>
              <w:t>Kazalı</w:t>
            </w:r>
          </w:p>
        </w:tc>
        <w:tc>
          <w:tcPr>
            <w:tcW w:type="dxa" w:w="2551"/>
          </w:tcPr>
          <w:p>
            <w:pPr>
              <w:spacing w:after="0"/>
              <w:jc w:val="left"/>
            </w:pPr>
            <w:r/>
            <w:r>
              <w:rPr>
                <w:b w:val="0"/>
                <w:i w:val="0"/>
                <w:sz w:val="20"/>
              </w:rPr>
              <w:t>Emre Karakaya</w:t>
            </w:r>
          </w:p>
        </w:tc>
        <w:tc>
          <w:tcPr>
            <w:tcW w:type="dxa" w:w="2551"/>
          </w:tcPr>
          <w:p>
            <w:pPr>
              <w:spacing w:after="0"/>
              <w:jc w:val="left"/>
            </w:pPr>
            <w:r/>
            <w:r>
              <w:rPr>
                <w:b w:val="0"/>
                <w:i w:val="0"/>
                <w:sz w:val="20"/>
              </w:rPr>
              <w:t>Hastaneye sevk edildiğinden imza alınamadı; beyanı 07.10.2026'da alınacak</w:t>
            </w:r>
          </w:p>
        </w:tc>
        <w:tc>
          <w:tcPr>
            <w:tcW w:type="dxa" w:w="1701"/>
          </w:tcPr>
          <w:p>
            <w:pPr>
              <w:spacing w:after="0"/>
              <w:jc w:val="left"/>
            </w:pPr>
            <w:r/>
          </w:p>
        </w:tc>
      </w:tr>
      <w:tr>
        <w:trPr>
          <w:trHeight w:val="510" w:hRule="atLeast"/>
        </w:trPr>
        <w:tc>
          <w:tcPr>
            <w:tcW w:type="dxa" w:w="2835"/>
          </w:tcPr>
          <w:p>
            <w:pPr>
              <w:spacing w:after="0"/>
              <w:jc w:val="left"/>
            </w:pPr>
            <w:r/>
            <w:r>
              <w:rPr>
                <w:b w:val="0"/>
                <w:i w:val="0"/>
                <w:sz w:val="20"/>
              </w:rPr>
              <w:t>Çalışan temsilcisi</w:t>
            </w:r>
          </w:p>
        </w:tc>
        <w:tc>
          <w:tcPr>
            <w:tcW w:type="dxa" w:w="2551"/>
          </w:tcPr>
          <w:p>
            <w:pPr>
              <w:spacing w:after="0"/>
              <w:jc w:val="left"/>
            </w:pPr>
            <w:r/>
            <w:r>
              <w:rPr>
                <w:b w:val="0"/>
                <w:i w:val="0"/>
                <w:sz w:val="20"/>
              </w:rPr>
              <w:t>Kemal Arslan</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05.10.2026</w:t>
            </w:r>
          </w:p>
        </w:tc>
      </w:tr>
      <w:tr>
        <w:trPr>
          <w:trHeight w:val="510" w:hRule="atLeast"/>
        </w:trPr>
        <w:tc>
          <w:tcPr>
            <w:tcW w:type="dxa" w:w="2835"/>
          </w:tcPr>
          <w:p>
            <w:pPr>
              <w:spacing w:after="0"/>
              <w:jc w:val="left"/>
            </w:pPr>
            <w:r/>
            <w:r>
              <w:rPr>
                <w:b w:val="0"/>
                <w:i w:val="0"/>
                <w:sz w:val="20"/>
              </w:rPr>
              <w:t>İşveren vekili</w:t>
            </w:r>
          </w:p>
        </w:tc>
        <w:tc>
          <w:tcPr>
            <w:tcW w:type="dxa" w:w="2551"/>
          </w:tcPr>
          <w:p>
            <w:pPr>
              <w:spacing w:after="0"/>
              <w:jc w:val="left"/>
            </w:pPr>
            <w:r/>
            <w:r>
              <w:rPr>
                <w:b w:val="0"/>
                <w:i w:val="0"/>
                <w:sz w:val="20"/>
              </w:rPr>
              <w:t>Serkan Tunç, proje müdürü</w:t>
            </w:r>
          </w:p>
        </w:tc>
        <w:tc>
          <w:tcPr>
            <w:tcW w:type="dxa" w:w="2551"/>
          </w:tcPr>
          <w:p>
            <w:pPr>
              <w:spacing w:after="0"/>
              <w:jc w:val="left"/>
            </w:pPr>
            <w:r/>
            <w:r>
              <w:rPr>
                <w:b w:val="0"/>
                <w:i w:val="0"/>
                <w:sz w:val="20"/>
              </w:rPr>
              <w:t>imza</w:t>
            </w:r>
          </w:p>
        </w:tc>
        <w:tc>
          <w:tcPr>
            <w:tcW w:type="dxa" w:w="1701"/>
          </w:tcPr>
          <w:p>
            <w:pPr>
              <w:spacing w:after="0"/>
              <w:jc w:val="left"/>
            </w:pPr>
            <w:r/>
            <w:r>
              <w:rPr>
                <w:b w:val="0"/>
                <w:i w:val="0"/>
                <w:sz w:val="20"/>
              </w:rPr>
              <w:t>05.10.2026</w:t>
            </w:r>
          </w:p>
        </w:tc>
      </w:tr>
    </w:tbl>
    <w:p>
      <w:pPr>
        <w:spacing w:after="40" w:before="120"/>
        <w:jc w:val="left"/>
      </w:pPr>
      <w:r>
        <w:rPr>
          <w:b/>
          <w:i w:val="0"/>
          <w:sz w:val="20"/>
        </w:rPr>
        <w:t>İmza atamayan veya imzadan kaçınan kişi ve gerekçesi:</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9638"/>
      </w:tblGrid>
      <w:tr>
        <w:trPr>
          <w:trHeight w:val="680" w:hRule="atLeast"/>
        </w:trPr>
        <w:tc>
          <w:tcPr>
            <w:tcW w:type="dxa" w:w="9638"/>
          </w:tcPr>
          <w:p>
            <w:pPr>
              <w:spacing w:after="0"/>
              <w:jc w:val="left"/>
            </w:pPr>
            <w:r/>
            <w:r>
              <w:rPr>
                <w:b w:val="0"/>
                <w:i w:val="0"/>
                <w:sz w:val="20"/>
              </w:rPr>
              <w:t>Emre Karakaya, hastaneye sevk edildi.</w:t>
            </w:r>
          </w:p>
        </w:tc>
      </w:tr>
    </w:tbl>
    <w:sectPr w:rsidR="00FC693F" w:rsidRPr="0006063C" w:rsidSect="00034616">
      <w:headerReference w:type="default" r:id="rId11"/>
      <w:footerReference w:type="default" r:id="rId12"/>
      <w:pgSz w:w="11906" w:h="16838"/>
      <w:pgMar w:top="1134" w:right="1134" w:bottom="1134" w:left="1134" w:header="454" w:footer="454"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b w:val="0"/>
        <w:i w:val="0"/>
        <w:sz w:val="16"/>
      </w:rPr>
      <w:t>Bu tutanak, SGK'ya yapılacak iş kazası bildiriminin yerine geçmez. İşveren kazayı kolluğa derhal, SGK'ya en geç kazadan sonraki 3 iş günü içinde İş Kazası Meslek Hastalığı E-Bildirim uygulamasından bildirir (5510 sayılı Kanun m.13; 6331 sayılı Kanun m.14).</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b w:val="0"/>
        <w:i w:val="0"/>
        <w:sz w:val="16"/>
      </w:rPr>
      <w:t>Bu tutanak, SGK'ya yapılacak iş kazası bildiriminin yerine geçmez. İşveren kazayı kolluğa derhal, SGK'ya en geç kazadan sonraki 3 iş günü içinde İş Kazası Meslek Hastalığı E-Bildirim uygulamasından bildirir (5510 sayılı Kanun m.13; 6331 sayılı Kanun m.14).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rPr>
        <w:b w:val="0"/>
        <w:i w:val="0"/>
        <w:sz w:val="18"/>
      </w:rPr>
      <w:t>İşyeri unvanı / logo alanı</w:t>
      <w:tab/>
      <w:t xml:space="preserve">Tutanak No: ..................   Sayfa </w:t>
    </w:r>
    <w:r>
      <w:rPr>
        <w:sz w:val="18"/>
      </w:rPr>
      <w:fldChar w:fldCharType="begin"/>
    </w:r>
    <w:r>
      <w:rPr>
        <w:sz w:val="18"/>
      </w:rPr>
      <w:instrText xml:space="preserve">PAGE</w:instrText>
    </w:r>
    <w:r>
      <w:rPr>
        <w:sz w:val="18"/>
      </w:rPr>
      <w:fldChar w:fldCharType="end"/>
    </w:r>
    <w:r>
      <w:rPr>
        <w:b w:val="0"/>
        <w:i w:val="0"/>
        <w:sz w:val="18"/>
      </w:rPr>
      <w:t xml:space="preserve"> / </w:t>
    </w:r>
    <w:r>
      <w:rPr>
        <w:sz w:val="18"/>
      </w:rPr>
      <w:fldChar w:fldCharType="begin"/>
    </w:r>
    <w:r>
      <w:rPr>
        <w:sz w:val="18"/>
      </w:rPr>
      <w:instrText xml:space="preserve">SECTIONPAGES</w:instrText>
    </w:r>
    <w:r>
      <w:rPr>
        <w:sz w:val="18"/>
      </w:rPr>
      <w:fldChar w:fldCharType="end"/>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
      <w:rPr>
        <w:b w:val="0"/>
        <w:i w:val="0"/>
        <w:sz w:val="18"/>
      </w:rPr>
      <w:t>İşyeri unvanı / logo alanı</w:t>
      <w:tab/>
      <w:t xml:space="preserve">Tutanak No: TUT-2026-014   Sayfa </w:t>
    </w:r>
    <w:r>
      <w:rPr>
        <w:sz w:val="18"/>
      </w:rPr>
      <w:fldChar w:fldCharType="begin"/>
    </w:r>
    <w:r>
      <w:rPr>
        <w:sz w:val="18"/>
      </w:rPr>
      <w:instrText xml:space="preserve">PAGE</w:instrText>
    </w:r>
    <w:r>
      <w:rPr>
        <w:sz w:val="18"/>
      </w:rPr>
      <w:fldChar w:fldCharType="end"/>
    </w:r>
    <w:r>
      <w:rPr>
        <w:b w:val="0"/>
        <w:i w:val="0"/>
        <w:sz w:val="18"/>
      </w:rPr>
      <w:t xml:space="preserve"> / </w:t>
    </w:r>
    <w:r>
      <w:rPr>
        <w:sz w:val="18"/>
      </w:rPr>
      <w:fldChar w:fldCharType="begin"/>
    </w:r>
    <w:r>
      <w:rPr>
        <w:sz w:val="18"/>
      </w:rPr>
      <w:instrText xml:space="preserve">SECTIONPAGES</w:instrText>
    </w:r>
    <w:r>
      <w:rPr>
        <w:sz w:val="18"/>
      </w:rPr>
      <w:fldChar w:fldCharType="end"/>
    </w:r>
  </w:p>
  <w:p>
    <w:r>
      <w:rPr>
        <w:b w:val="0"/>
        <w:i w:val="0"/>
        <w:color w:val="C00000"/>
        <w:sz w:val="18"/>
      </w:rPr>
      <w:t>ÖRNEKTİR: İşyeri, kişi adları ve olay kurgusaldır.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